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0"/>
        <w:gridCol w:w="5270"/>
      </w:tblGrid>
      <w:tr w:rsidR="001379D1" w14:paraId="4A4F3505" w14:textId="77777777" w:rsidTr="00772D52">
        <w:tc>
          <w:tcPr>
            <w:tcW w:w="5270" w:type="dxa"/>
          </w:tcPr>
          <w:p w14:paraId="303CF818" w14:textId="77777777" w:rsidR="001379D1" w:rsidRDefault="00000000">
            <w:pPr>
              <w:jc w:val="center"/>
            </w:pPr>
            <w:r>
              <w:rPr>
                <w:b/>
                <w:sz w:val="24"/>
              </w:rPr>
              <w:t>BỘ CÔNG AN</w:t>
            </w:r>
          </w:p>
        </w:tc>
        <w:tc>
          <w:tcPr>
            <w:tcW w:w="5270" w:type="dxa"/>
          </w:tcPr>
          <w:p w14:paraId="2E067F52" w14:textId="77777777" w:rsidR="001379D1" w:rsidRDefault="00000000">
            <w:pPr>
              <w:jc w:val="center"/>
            </w:pPr>
            <w:r>
              <w:rPr>
                <w:b/>
                <w:sz w:val="24"/>
              </w:rPr>
              <w:t>Biểu mẫu số 01/ĐGTĐ-BHM</w:t>
            </w:r>
          </w:p>
        </w:tc>
      </w:tr>
    </w:tbl>
    <w:p w14:paraId="5BB1DE8D" w14:textId="77777777" w:rsidR="001379D1" w:rsidRDefault="001379D1"/>
    <w:p w14:paraId="51B3A9FA" w14:textId="77777777" w:rsidR="001379D1" w:rsidRDefault="00000000">
      <w:pPr>
        <w:spacing w:after="80"/>
        <w:jc w:val="center"/>
      </w:pPr>
      <w:r>
        <w:rPr>
          <w:b/>
          <w:sz w:val="28"/>
        </w:rPr>
        <w:t>BIỂU MẪU ĐÁNH GIÁ TÁC ĐỘNG CỦA THỦ TỤC HÀNH CHÍNH</w:t>
      </w:r>
    </w:p>
    <w:p w14:paraId="748CC517" w14:textId="77777777" w:rsidR="001379D1" w:rsidRDefault="00000000">
      <w:pPr>
        <w:spacing w:after="160"/>
        <w:jc w:val="center"/>
      </w:pPr>
      <w:r>
        <w:rPr>
          <w:b/>
          <w:sz w:val="28"/>
        </w:rPr>
        <w:t>DỰ KIẾN BAN HÀNH MỚI TRONG DỰ THẢO VĂN BẢN</w:t>
      </w:r>
    </w:p>
    <w:p w14:paraId="57720B6D" w14:textId="60D08753" w:rsidR="001379D1" w:rsidRDefault="00772D52">
      <w:pPr>
        <w:spacing w:after="280"/>
      </w:pPr>
      <w:r>
        <w:rPr>
          <w:b/>
          <w:sz w:val="24"/>
        </w:rPr>
        <w:t xml:space="preserve">                                      </w:t>
      </w:r>
      <w:r w:rsidR="00000000">
        <w:rPr>
          <w:b/>
          <w:sz w:val="24"/>
        </w:rPr>
        <w:t>Tên dự thảo văn bản: LUẬT AN NINH DỮ LIỆU</w:t>
      </w:r>
    </w:p>
    <w:p w14:paraId="4D2D290B" w14:textId="77777777" w:rsidR="001379D1" w:rsidRDefault="001379D1"/>
    <w:p w14:paraId="588C59AB" w14:textId="77777777" w:rsidR="001379D1" w:rsidRDefault="00000000">
      <w:pPr>
        <w:spacing w:before="200" w:after="80"/>
      </w:pPr>
      <w:r>
        <w:rPr>
          <w:b/>
          <w:sz w:val="25"/>
        </w:rPr>
        <w:t>THỦ TỤC HÀNH CHÍNH 1: Thẩm định, cấp phép hệ thống, công nghệ và dịch vụ dữ liệu trước khi triển khai</w:t>
      </w:r>
    </w:p>
    <w:tbl>
      <w:tblPr>
        <w:tblStyle w:val="TableGrid"/>
        <w:tblW w:w="0" w:type="auto"/>
        <w:tblLook w:val="04A0" w:firstRow="1" w:lastRow="0" w:firstColumn="1" w:lastColumn="0" w:noHBand="0" w:noVBand="1"/>
      </w:tblPr>
      <w:tblGrid>
        <w:gridCol w:w="10530"/>
      </w:tblGrid>
      <w:tr w:rsidR="001379D1" w14:paraId="78A9B591" w14:textId="77777777">
        <w:tc>
          <w:tcPr>
            <w:tcW w:w="10204" w:type="dxa"/>
          </w:tcPr>
          <w:p w14:paraId="1B58EAB0" w14:textId="77777777" w:rsidR="001379D1" w:rsidRDefault="00000000">
            <w:r>
              <w:rPr>
                <w:b/>
              </w:rPr>
              <w:t>I. SỰ CẦN THIẾT CỦA QUY ĐỊNH VỀ THỦ TỤC HÀNH CHÍNH TẠI DỰ THẢO VĂN BẢN</w:t>
            </w:r>
          </w:p>
          <w:p w14:paraId="3D301530" w14:textId="77777777" w:rsidR="001379D1" w:rsidRDefault="001379D1"/>
        </w:tc>
      </w:tr>
      <w:tr w:rsidR="001379D1" w14:paraId="2D518637" w14:textId="77777777">
        <w:tc>
          <w:tcPr>
            <w:tcW w:w="10540" w:type="dxa"/>
          </w:tcPr>
          <w:p w14:paraId="21A7616E" w14:textId="77777777" w:rsidR="001379D1" w:rsidRDefault="00000000">
            <w:r>
              <w:rPr>
                <w:b/>
                <w:sz w:val="21"/>
              </w:rPr>
              <w:t xml:space="preserve">1. Nội dung cụ thể trong ngành, lĩnh vực mà Nhà nước cần quản lý: </w:t>
            </w:r>
            <w:r>
              <w:rPr>
                <w:sz w:val="21"/>
              </w:rPr>
              <w:t>Gộp chung 03 nhóm thủ tục cùng bản chất tiền kiểm trước khi triển khai: (a) hệ thống thông tin, dự án đầu tư, chuyển giao công nghệ xử lý dữ liệu Cốt lõi, Quan trọng; (b) hoạt động kinh doanh dịch vụ dữ liệu, môi giới, sàn giao dịch dữ liệu; (c) thử nghiệm công nghệ dữ liệu mới, trí tuệ nhân tạo (Sandbox). Ghi chú: việc khai báo Danh mục dữ liệu quốc gia (Điều 13) tự thân không có văn bản "giải quyết" riêng cho tổ chức khai báo nên không cấu thành thủ tục hành chính độc lập; thủ tục hành chính thực chất của nhánh (a) là thẩm định, cấp văn bản chấp thuận theo Điều 23.</w:t>
            </w:r>
          </w:p>
        </w:tc>
      </w:tr>
      <w:tr w:rsidR="001379D1" w14:paraId="4DFFAB33" w14:textId="77777777">
        <w:tc>
          <w:tcPr>
            <w:tcW w:w="10540" w:type="dxa"/>
          </w:tcPr>
          <w:p w14:paraId="2B96A9DF" w14:textId="77777777" w:rsidR="001379D1" w:rsidRDefault="00000000">
            <w:r>
              <w:rPr>
                <w:b/>
                <w:sz w:val="21"/>
              </w:rPr>
              <w:t xml:space="preserve">2. Nội dung quyền, nghĩa vụ và lợi ích hợp pháp cụ thể của các đối tượng chịu tác động: </w:t>
            </w:r>
            <w:r>
              <w:rPr>
                <w:sz w:val="21"/>
              </w:rPr>
              <w:t>Tổ chức, doanh nghiệp được vận hành hệ thống/hoạt động kinh doanh/thử nghiệm công nghệ sau khi có văn bản chấp thuận/giấy chứng nhận/giấy phép tương ứng từng nhánh.</w:t>
            </w:r>
          </w:p>
        </w:tc>
      </w:tr>
      <w:tr w:rsidR="001379D1" w14:paraId="10904D13" w14:textId="77777777">
        <w:tc>
          <w:tcPr>
            <w:tcW w:w="10540" w:type="dxa"/>
          </w:tcPr>
          <w:p w14:paraId="64579F8A" w14:textId="77777777" w:rsidR="001379D1" w:rsidRDefault="00000000">
            <w:r>
              <w:rPr>
                <w:b/>
                <w:sz w:val="21"/>
              </w:rPr>
              <w:t xml:space="preserve">3. Lý do lựa chọn biện pháp quy định thủ tục hành chính: </w:t>
            </w:r>
            <w:r>
              <w:rPr>
                <w:sz w:val="21"/>
              </w:rPr>
              <w:t>Ba nhóm có cùng bản chất pháp lý (tiền kiểm trước khi vận hành hoạt động/hệ thống mới liên quan dữ liệu), gộp chung giúp giảm số lượng thủ tục phải quản lý, đồng thời vẫn giữ được đặc thù xử lý riêng cho từng loại hình qua các nhánh phân biệt.</w:t>
            </w:r>
          </w:p>
        </w:tc>
      </w:tr>
      <w:tr w:rsidR="001379D1" w14:paraId="3AF3D451" w14:textId="77777777">
        <w:tc>
          <w:tcPr>
            <w:tcW w:w="10540" w:type="dxa"/>
          </w:tcPr>
          <w:p w14:paraId="0AE98083" w14:textId="77777777" w:rsidR="001379D1" w:rsidRDefault="00000000">
            <w:r>
              <w:rPr>
                <w:b/>
                <w:sz w:val="21"/>
              </w:rPr>
              <w:t xml:space="preserve">4. Có biện pháp nào khác có thể sử dụng mà không phải bằng quy định thủ tục hành chính không? </w:t>
            </w:r>
            <w:r>
              <w:rPr>
                <w:sz w:val="21"/>
              </w:rPr>
              <w:t>Có ☐   Không ☒ — thủ tục hành chính là biện pháp phù hợp nhất để kiểm soát rủi ro an ninh dữ liệu ở mức độ cần thiết.</w:t>
            </w:r>
          </w:p>
        </w:tc>
      </w:tr>
      <w:tr w:rsidR="001379D1" w14:paraId="21834151" w14:textId="77777777">
        <w:tc>
          <w:tcPr>
            <w:tcW w:w="10540" w:type="dxa"/>
          </w:tcPr>
          <w:p w14:paraId="37250024" w14:textId="77777777" w:rsidR="001379D1" w:rsidRDefault="00000000">
            <w:r>
              <w:rPr>
                <w:b/>
              </w:rPr>
              <w:t>II. ĐÁNH GIÁ TÍNH HỢP HIẾN, HỢP PHÁP CỦA THỦ TỤC HÀNH CHÍNH</w:t>
            </w:r>
          </w:p>
        </w:tc>
      </w:tr>
      <w:tr w:rsidR="001379D1" w14:paraId="5C76AEE3" w14:textId="77777777">
        <w:tc>
          <w:tcPr>
            <w:tcW w:w="10540" w:type="dxa"/>
          </w:tcPr>
          <w:p w14:paraId="436D8AE8" w14:textId="77777777" w:rsidR="001379D1" w:rsidRDefault="00000000">
            <w:r>
              <w:rPr>
                <w:b/>
                <w:sz w:val="21"/>
              </w:rPr>
              <w:t xml:space="preserve">1. Có phù hợp với Hiến pháp không? </w:t>
            </w:r>
            <w:r>
              <w:rPr>
                <w:sz w:val="21"/>
              </w:rPr>
              <w:t>Có ☒   Không ☐</w:t>
            </w:r>
          </w:p>
        </w:tc>
      </w:tr>
      <w:tr w:rsidR="001379D1" w14:paraId="79C6255C" w14:textId="77777777">
        <w:tc>
          <w:tcPr>
            <w:tcW w:w="10540" w:type="dxa"/>
          </w:tcPr>
          <w:p w14:paraId="502014AE" w14:textId="77777777" w:rsidR="001379D1" w:rsidRDefault="00000000">
            <w:r>
              <w:rPr>
                <w:b/>
                <w:sz w:val="21"/>
              </w:rPr>
              <w:t xml:space="preserve">2. Có mâu thuẫn, chồng chéo hoặc không phù hợp, thống nhất với văn bản khác không? </w:t>
            </w:r>
            <w:r>
              <w:rPr>
                <w:sz w:val="21"/>
              </w:rPr>
              <w:t>Không ☒ — đã được rà soát, đối chiếu với Luật An ninh mạng, Luật Dữ liệu, Luật Bảo vệ dữ liệu cá nhân có liên quan (xem thêm Bảng so sánh theo từng điều đã lập).</w:t>
            </w:r>
          </w:p>
        </w:tc>
      </w:tr>
      <w:tr w:rsidR="001379D1" w14:paraId="6B722249" w14:textId="77777777">
        <w:tc>
          <w:tcPr>
            <w:tcW w:w="10540" w:type="dxa"/>
          </w:tcPr>
          <w:p w14:paraId="41942592" w14:textId="77777777" w:rsidR="001379D1" w:rsidRDefault="00000000">
            <w:r>
              <w:rPr>
                <w:b/>
              </w:rPr>
              <w:t>III. ĐÁNH GIÁ TÍNH HỢP LÝ CỦA TỪNG BỘ PHẬN TẠO THÀNH THỦ TỤC HÀNH CHÍNH</w:t>
            </w:r>
          </w:p>
        </w:tc>
      </w:tr>
      <w:tr w:rsidR="001379D1" w14:paraId="7B882BAD" w14:textId="77777777">
        <w:tc>
          <w:tcPr>
            <w:tcW w:w="10540" w:type="dxa"/>
          </w:tcPr>
          <w:p w14:paraId="149A38F8" w14:textId="77777777" w:rsidR="001379D1" w:rsidRDefault="00000000">
            <w:r>
              <w:rPr>
                <w:b/>
                <w:sz w:val="21"/>
              </w:rPr>
              <w:t xml:space="preserve">1. Tên thủ tục hành chính — có được quy định rõ ràng, cụ thể, phù hợp không? </w:t>
            </w:r>
            <w:r>
              <w:rPr>
                <w:sz w:val="21"/>
              </w:rPr>
              <w:t>Có ☒   Không ☐ — Căn cứ: Điều 13, Điều 14, Điều 16 (Khoản 3), Điều 23, Điều 27, Điều 29 dự thảo Luật An ninh dữ liệu.</w:t>
            </w:r>
          </w:p>
        </w:tc>
      </w:tr>
      <w:tr w:rsidR="001379D1" w14:paraId="58F2CD16" w14:textId="77777777">
        <w:tc>
          <w:tcPr>
            <w:tcW w:w="10540" w:type="dxa"/>
          </w:tcPr>
          <w:p w14:paraId="320084C8" w14:textId="77777777" w:rsidR="001379D1" w:rsidRDefault="00000000">
            <w:r>
              <w:rPr>
                <w:b/>
                <w:sz w:val="21"/>
              </w:rPr>
              <w:t xml:space="preserve">2. Trình tự thực hiện: </w:t>
            </w:r>
            <w:r>
              <w:rPr>
                <w:sz w:val="21"/>
              </w:rPr>
              <w:t>Nộp hồ sơ theo đúng nhánh tương ứng – Kiểm tra tính đầy đủ 03 ngày làm việc – Thẩm định/xét duyệt theo nhánh – Ban hành kết quả: (a) văn bản chấp thuận an ninh (Bộ Công an, liên thông với thẩm định an ninh mạng); (b) Giấy chứng nhận đủ điều kiện an ninh, trật tự (Bộ Công an); (c) Giấy phép/Quyết định chấp thuận Sandbox (Bộ Khoa học và Công nghệ chủ trì, Bộ Công an giám sát an ninh).</w:t>
            </w:r>
          </w:p>
        </w:tc>
      </w:tr>
      <w:tr w:rsidR="001379D1" w14:paraId="64F38FF7" w14:textId="77777777">
        <w:tc>
          <w:tcPr>
            <w:tcW w:w="10540" w:type="dxa"/>
          </w:tcPr>
          <w:p w14:paraId="75B2BC6D" w14:textId="77777777" w:rsidR="001379D1" w:rsidRDefault="00000000">
            <w:r>
              <w:rPr>
                <w:b/>
                <w:sz w:val="21"/>
              </w:rPr>
              <w:t xml:space="preserve">3. Cách thức thực hiện: </w:t>
            </w:r>
            <w:r>
              <w:rPr>
                <w:sz w:val="21"/>
              </w:rPr>
              <w:t>Trực tiếp ☒  Bưu chính ☐  Điện tử ☒ ; Nhận kết quả: Trực tiếp ☒  Điện tử ☒</w:t>
            </w:r>
          </w:p>
        </w:tc>
      </w:tr>
      <w:tr w:rsidR="001379D1" w14:paraId="2B125DBA" w14:textId="77777777">
        <w:tc>
          <w:tcPr>
            <w:tcW w:w="10540" w:type="dxa"/>
          </w:tcPr>
          <w:p w14:paraId="6EE6E5FF" w14:textId="77777777" w:rsidR="001379D1" w:rsidRDefault="00000000">
            <w:r>
              <w:rPr>
                <w:b/>
                <w:sz w:val="21"/>
              </w:rPr>
              <w:t xml:space="preserve">4. Thành phần, số lượng hồ sơ: </w:t>
            </w:r>
            <w:r>
              <w:rPr>
                <w:sz w:val="21"/>
              </w:rPr>
              <w:t>01 bộ theo từng nhánh: (a) mô tả kiến trúc hệ thống, cấp độ dữ liệu, phương án an ninh, tài liệu đầu tư/chuyển giao công nghệ; (b) hồ sơ đăng ký kinh doanh, phương án bảo đảm an ninh hệ thống; (c) thuyết minh kỹ thuật giải pháp, phương án kiểm soát rủi ro thử nghiệm.</w:t>
            </w:r>
          </w:p>
        </w:tc>
      </w:tr>
      <w:tr w:rsidR="001379D1" w14:paraId="4338F871" w14:textId="77777777">
        <w:tc>
          <w:tcPr>
            <w:tcW w:w="10540" w:type="dxa"/>
          </w:tcPr>
          <w:p w14:paraId="7AA2663C" w14:textId="77777777" w:rsidR="001379D1" w:rsidRDefault="00000000">
            <w:r>
              <w:rPr>
                <w:b/>
                <w:sz w:val="21"/>
              </w:rPr>
              <w:t xml:space="preserve">5. Thời hạn giải quyết: </w:t>
            </w:r>
            <w:r>
              <w:rPr>
                <w:sz w:val="21"/>
              </w:rPr>
              <w:t>(a) 20-30 ngày làm việc tùy cấp độ dữ liệu; (b) 15 ngày làm việc; (c) 20 ngày làm việc.</w:t>
            </w:r>
          </w:p>
        </w:tc>
      </w:tr>
      <w:tr w:rsidR="001379D1" w14:paraId="41B6C327" w14:textId="77777777">
        <w:tc>
          <w:tcPr>
            <w:tcW w:w="10540" w:type="dxa"/>
          </w:tcPr>
          <w:p w14:paraId="7B9FEF93" w14:textId="77777777" w:rsidR="001379D1" w:rsidRDefault="00000000">
            <w:r>
              <w:rPr>
                <w:b/>
                <w:sz w:val="21"/>
              </w:rPr>
              <w:t xml:space="preserve">6. Đối tượng thực hiện: </w:t>
            </w:r>
            <w:r>
              <w:rPr>
                <w:sz w:val="21"/>
              </w:rPr>
              <w:t>- Tổ chức/cá nhân: Trong nước ☒  Nước ngoài ☒</w:t>
            </w:r>
            <w:r>
              <w:rPr>
                <w:sz w:val="21"/>
              </w:rPr>
              <w:br/>
              <w:t>- Phạm vi áp dụng: Toàn quốc ☒</w:t>
            </w:r>
          </w:p>
        </w:tc>
      </w:tr>
      <w:tr w:rsidR="001379D1" w14:paraId="3A5DE78A" w14:textId="77777777">
        <w:tc>
          <w:tcPr>
            <w:tcW w:w="10540" w:type="dxa"/>
          </w:tcPr>
          <w:p w14:paraId="1B69869D" w14:textId="77777777" w:rsidR="001379D1" w:rsidRDefault="00000000">
            <w:r>
              <w:rPr>
                <w:b/>
                <w:sz w:val="21"/>
              </w:rPr>
              <w:t xml:space="preserve">7. Cơ quan giải quyết: </w:t>
            </w:r>
            <w:r>
              <w:rPr>
                <w:sz w:val="21"/>
              </w:rPr>
              <w:t>Bộ Công an (nhánh a, b); Bộ Khoa học và Công nghệ chủ trì, Bộ Công an giám sát an ninh (nhánh c).</w:t>
            </w:r>
            <w:r>
              <w:rPr>
                <w:sz w:val="21"/>
              </w:rPr>
              <w:br/>
              <w:t>Có thể mở rộng ủy quyền, phân cấp không? Doanh nghiệp nhỏ và vừa được lộ trình chuyển tiếp 12-24 tháng (nhánh a).</w:t>
            </w:r>
          </w:p>
        </w:tc>
      </w:tr>
      <w:tr w:rsidR="001379D1" w14:paraId="6D627226" w14:textId="77777777">
        <w:tc>
          <w:tcPr>
            <w:tcW w:w="10540" w:type="dxa"/>
          </w:tcPr>
          <w:p w14:paraId="3F885CF1" w14:textId="77777777" w:rsidR="001379D1" w:rsidRDefault="00000000">
            <w:r>
              <w:rPr>
                <w:b/>
                <w:sz w:val="21"/>
              </w:rPr>
              <w:t xml:space="preserve">8. Phí, lệ phí và chi phí khác (nếu có): </w:t>
            </w:r>
            <w:r>
              <w:rPr>
                <w:sz w:val="21"/>
              </w:rPr>
              <w:t>Không ☒</w:t>
            </w:r>
          </w:p>
        </w:tc>
      </w:tr>
      <w:tr w:rsidR="001379D1" w14:paraId="5340E6ED" w14:textId="77777777">
        <w:tc>
          <w:tcPr>
            <w:tcW w:w="10540" w:type="dxa"/>
          </w:tcPr>
          <w:p w14:paraId="74C20B85" w14:textId="77777777" w:rsidR="001379D1" w:rsidRDefault="00000000">
            <w:r>
              <w:rPr>
                <w:b/>
                <w:sz w:val="21"/>
              </w:rPr>
              <w:t xml:space="preserve">9. Mẫu đơn, tờ khai: </w:t>
            </w:r>
            <w:r>
              <w:rPr>
                <w:sz w:val="21"/>
              </w:rPr>
              <w:t>Có ☒ — Mẫu số 03 (nhánh a), Mẫu số 04 (nhánh b), Mẫu số 09-Sandbox (nhánh c).</w:t>
            </w:r>
          </w:p>
        </w:tc>
      </w:tr>
      <w:tr w:rsidR="001379D1" w14:paraId="0A33B4CC" w14:textId="77777777">
        <w:tc>
          <w:tcPr>
            <w:tcW w:w="10540" w:type="dxa"/>
          </w:tcPr>
          <w:p w14:paraId="7BE7E471" w14:textId="77777777" w:rsidR="001379D1" w:rsidRDefault="00000000">
            <w:r>
              <w:rPr>
                <w:b/>
                <w:sz w:val="21"/>
              </w:rPr>
              <w:t xml:space="preserve">10. Yêu cầu, điều kiện: </w:t>
            </w:r>
            <w:r>
              <w:rPr>
                <w:sz w:val="21"/>
              </w:rPr>
              <w:t>Hệ thống/hoạt động/giải pháp đáp ứng phương án bảo đảm an ninh tương ứng theo từng nhánh.</w:t>
            </w:r>
          </w:p>
        </w:tc>
      </w:tr>
      <w:tr w:rsidR="001379D1" w14:paraId="5F0EC2C0" w14:textId="77777777">
        <w:tc>
          <w:tcPr>
            <w:tcW w:w="10540" w:type="dxa"/>
          </w:tcPr>
          <w:p w14:paraId="7CAB9F64" w14:textId="77777777" w:rsidR="001379D1" w:rsidRDefault="00000000">
            <w:r>
              <w:rPr>
                <w:b/>
                <w:sz w:val="21"/>
              </w:rPr>
              <w:lastRenderedPageBreak/>
              <w:t xml:space="preserve">11. Kết quả thực hiện: </w:t>
            </w:r>
            <w:r>
              <w:rPr>
                <w:sz w:val="21"/>
              </w:rPr>
              <w:t>- Hình thức: Văn bản chấp thuận an ninh / Giấy chứng nhận đủ điều kiện an ninh, trật tự / Giấy phép Sandbox (theo từng nhánh)</w:t>
            </w:r>
            <w:r>
              <w:rPr>
                <w:sz w:val="21"/>
              </w:rPr>
              <w:br/>
              <w:t>- Được mẫu hóa: Có ☒</w:t>
            </w:r>
            <w:r>
              <w:rPr>
                <w:sz w:val="21"/>
              </w:rPr>
              <w:br/>
              <w:t>- Thời hạn hiệu lực: Không ☒ (nhánh a, b) — có giá trị trong suốt thời gian vận hành; Có ☒, tối đa 24 tháng, gia hạn 01 lần 12 tháng (nhánh c - Sandbox).</w:t>
            </w:r>
            <w:r>
              <w:rPr>
                <w:sz w:val="21"/>
              </w:rPr>
              <w:br/>
              <w:t>- Phạm vi hiệu lực: Toàn quốc ☒</w:t>
            </w:r>
          </w:p>
        </w:tc>
      </w:tr>
      <w:tr w:rsidR="001379D1" w14:paraId="7021DFB1" w14:textId="77777777">
        <w:tc>
          <w:tcPr>
            <w:tcW w:w="10540" w:type="dxa"/>
          </w:tcPr>
          <w:p w14:paraId="545230AB" w14:textId="77777777" w:rsidR="001379D1" w:rsidRDefault="00000000">
            <w:r>
              <w:rPr>
                <w:b/>
              </w:rPr>
              <w:t>IV. THÔNG TIN LIÊN HỆ</w:t>
            </w:r>
          </w:p>
        </w:tc>
      </w:tr>
      <w:tr w:rsidR="001379D1" w14:paraId="430B3214" w14:textId="77777777">
        <w:tc>
          <w:tcPr>
            <w:tcW w:w="10540" w:type="dxa"/>
          </w:tcPr>
          <w:p w14:paraId="5E8F85C1" w14:textId="77777777" w:rsidR="001379D1" w:rsidRDefault="00000000">
            <w:r>
              <w:rPr>
                <w:b/>
                <w:sz w:val="21"/>
              </w:rPr>
              <w:t xml:space="preserve">Họ và tên người điền: </w:t>
            </w:r>
            <w:r>
              <w:rPr>
                <w:sz w:val="21"/>
              </w:rPr>
              <w:t>……………………………………………………………………</w:t>
            </w:r>
          </w:p>
        </w:tc>
      </w:tr>
      <w:tr w:rsidR="001379D1" w14:paraId="7D1972DE" w14:textId="77777777">
        <w:tc>
          <w:tcPr>
            <w:tcW w:w="10540" w:type="dxa"/>
          </w:tcPr>
          <w:p w14:paraId="1F8CF180" w14:textId="77777777" w:rsidR="001379D1" w:rsidRDefault="00000000">
            <w:r>
              <w:rPr>
                <w:b/>
                <w:sz w:val="21"/>
              </w:rPr>
              <w:t xml:space="preserve">Đơn vị: </w:t>
            </w:r>
            <w:r>
              <w:rPr>
                <w:sz w:val="21"/>
              </w:rPr>
              <w:t>Bộ Công an</w:t>
            </w:r>
          </w:p>
        </w:tc>
      </w:tr>
    </w:tbl>
    <w:p w14:paraId="5458B7C4" w14:textId="77777777" w:rsidR="001379D1" w:rsidRPr="00772D52" w:rsidRDefault="001379D1">
      <w:pPr>
        <w:rPr>
          <w:sz w:val="2"/>
          <w:szCs w:val="2"/>
        </w:rPr>
      </w:pPr>
    </w:p>
    <w:p w14:paraId="6A8EC3A0" w14:textId="77777777" w:rsidR="001379D1" w:rsidRDefault="00000000">
      <w:pPr>
        <w:spacing w:before="200" w:after="80"/>
      </w:pPr>
      <w:r>
        <w:rPr>
          <w:b/>
          <w:sz w:val="25"/>
        </w:rPr>
        <w:t>THỦ TỤC HÀNH CHÍNH 2: Chứng nhận, công nhận đạt chuẩn an ninh dữ liệu đối với sản phẩm và nhân lực</w:t>
      </w:r>
    </w:p>
    <w:tbl>
      <w:tblPr>
        <w:tblStyle w:val="TableGrid"/>
        <w:tblW w:w="0" w:type="auto"/>
        <w:tblLook w:val="04A0" w:firstRow="1" w:lastRow="0" w:firstColumn="1" w:lastColumn="0" w:noHBand="0" w:noVBand="1"/>
      </w:tblPr>
      <w:tblGrid>
        <w:gridCol w:w="10530"/>
      </w:tblGrid>
      <w:tr w:rsidR="001379D1" w14:paraId="7EB181FD" w14:textId="77777777">
        <w:tc>
          <w:tcPr>
            <w:tcW w:w="10204" w:type="dxa"/>
          </w:tcPr>
          <w:p w14:paraId="01F3C0C6" w14:textId="77777777" w:rsidR="001379D1" w:rsidRDefault="00000000">
            <w:r>
              <w:rPr>
                <w:b/>
              </w:rPr>
              <w:t>I. SỰ CẦN THIẾT CỦA QUY ĐỊNH VỀ THỦ TỤC HÀNH CHÍNH TẠI DỰ THẢO VĂN BẢN</w:t>
            </w:r>
          </w:p>
          <w:p w14:paraId="7F3711C4" w14:textId="77777777" w:rsidR="001379D1" w:rsidRDefault="001379D1"/>
        </w:tc>
      </w:tr>
      <w:tr w:rsidR="001379D1" w14:paraId="50B66BF8" w14:textId="77777777">
        <w:tc>
          <w:tcPr>
            <w:tcW w:w="10540" w:type="dxa"/>
          </w:tcPr>
          <w:p w14:paraId="7AD4CC81" w14:textId="77777777" w:rsidR="001379D1" w:rsidRDefault="00000000">
            <w:r>
              <w:rPr>
                <w:b/>
                <w:sz w:val="21"/>
              </w:rPr>
              <w:t xml:space="preserve">1. Nội dung cụ thể trong ngành, lĩnh vực mà Nhà nước cần quản lý: </w:t>
            </w:r>
            <w:r>
              <w:rPr>
                <w:sz w:val="21"/>
              </w:rPr>
              <w:t>Gộp chung 02 thủ tục cùng bản chất "chứng nhận đạt chuẩn kỹ thuật/năng lực": (a) chứng nhận hợp quy sản phẩm, dịch vụ công nghệ chuyên dùng bảo vệ, mã hóa, giám sát an ninh dữ liệu trước khi lưu thông; (b) chứng chỉ chuyên môn cho nhân sự vận hành hệ thống Cấp độ 3, Cấp độ 4. (Nghĩa vụ tự đánh giá, báo cáo rủi ro định kỳ tại Điều 10 Khoản 1 tách khỏi phạm vi thủ tục hành chính, chuyển thành nghĩa vụ tuân thủ thường xuyên.)</w:t>
            </w:r>
          </w:p>
        </w:tc>
      </w:tr>
      <w:tr w:rsidR="001379D1" w14:paraId="4C8A9F87" w14:textId="77777777">
        <w:tc>
          <w:tcPr>
            <w:tcW w:w="10540" w:type="dxa"/>
          </w:tcPr>
          <w:p w14:paraId="0158F3B9" w14:textId="77777777" w:rsidR="001379D1" w:rsidRDefault="00000000">
            <w:r>
              <w:rPr>
                <w:b/>
                <w:sz w:val="21"/>
              </w:rPr>
              <w:t xml:space="preserve">2. Nội dung quyền, nghĩa vụ và lợi ích hợp pháp cụ thể của các đối tượng chịu tác động: </w:t>
            </w:r>
            <w:r>
              <w:rPr>
                <w:sz w:val="21"/>
              </w:rPr>
              <w:t>Doanh nghiệp được lưu thông sản phẩm (nhánh a) hoặc cá nhân được đảm nhiệm vị trí vận hành hệ thống trọng yếu (nhánh b) sau khi được chứng nhận/cấp chứng chỉ.</w:t>
            </w:r>
          </w:p>
        </w:tc>
      </w:tr>
      <w:tr w:rsidR="001379D1" w14:paraId="6FF79B26" w14:textId="77777777">
        <w:tc>
          <w:tcPr>
            <w:tcW w:w="10540" w:type="dxa"/>
          </w:tcPr>
          <w:p w14:paraId="7D16D508" w14:textId="77777777" w:rsidR="001379D1" w:rsidRDefault="00000000">
            <w:r>
              <w:rPr>
                <w:b/>
                <w:sz w:val="21"/>
              </w:rPr>
              <w:t xml:space="preserve">3. Lý do lựa chọn biện pháp quy định thủ tục hành chính: </w:t>
            </w:r>
            <w:r>
              <w:rPr>
                <w:sz w:val="21"/>
              </w:rPr>
              <w:t>Cùng bản chất chứng nhận đạt chuẩn, chỉ khác đối tượng (sản phẩm/con người); gộp chung giúp thống nhất đầu mối quản lý chất lượng, năng lực trong lĩnh vực an ninh dữ liệu.</w:t>
            </w:r>
          </w:p>
        </w:tc>
      </w:tr>
      <w:tr w:rsidR="001379D1" w14:paraId="12524487" w14:textId="77777777">
        <w:tc>
          <w:tcPr>
            <w:tcW w:w="10540" w:type="dxa"/>
          </w:tcPr>
          <w:p w14:paraId="0907FBC4" w14:textId="77777777" w:rsidR="001379D1" w:rsidRDefault="00000000">
            <w:r>
              <w:rPr>
                <w:b/>
                <w:sz w:val="21"/>
              </w:rPr>
              <w:t xml:space="preserve">4. Có biện pháp nào khác có thể sử dụng mà không phải bằng quy định thủ tục hành chính không? </w:t>
            </w:r>
            <w:r>
              <w:rPr>
                <w:sz w:val="21"/>
              </w:rPr>
              <w:t>Có ☐   Không ☒ — thủ tục hành chính là biện pháp phù hợp nhất để kiểm soát rủi ro an ninh dữ liệu ở mức độ cần thiết.</w:t>
            </w:r>
          </w:p>
        </w:tc>
      </w:tr>
      <w:tr w:rsidR="001379D1" w14:paraId="382D4C56" w14:textId="77777777">
        <w:tc>
          <w:tcPr>
            <w:tcW w:w="10540" w:type="dxa"/>
          </w:tcPr>
          <w:p w14:paraId="791BBCF7" w14:textId="77777777" w:rsidR="001379D1" w:rsidRDefault="00000000">
            <w:r>
              <w:rPr>
                <w:b/>
              </w:rPr>
              <w:t>II. ĐÁNH GIÁ TÍNH HỢP HIẾN, HỢP PHÁP CỦA THỦ TỤC HÀNH CHÍNH</w:t>
            </w:r>
          </w:p>
        </w:tc>
      </w:tr>
      <w:tr w:rsidR="001379D1" w14:paraId="068BC7A6" w14:textId="77777777">
        <w:tc>
          <w:tcPr>
            <w:tcW w:w="10540" w:type="dxa"/>
          </w:tcPr>
          <w:p w14:paraId="3CD65BC7" w14:textId="77777777" w:rsidR="001379D1" w:rsidRDefault="00000000">
            <w:r>
              <w:rPr>
                <w:b/>
                <w:sz w:val="21"/>
              </w:rPr>
              <w:t xml:space="preserve">1. Có phù hợp với Hiến pháp không? </w:t>
            </w:r>
            <w:r>
              <w:rPr>
                <w:sz w:val="21"/>
              </w:rPr>
              <w:t>Có ☒   Không ☐</w:t>
            </w:r>
          </w:p>
        </w:tc>
      </w:tr>
      <w:tr w:rsidR="001379D1" w14:paraId="5AFFA84F" w14:textId="77777777">
        <w:tc>
          <w:tcPr>
            <w:tcW w:w="10540" w:type="dxa"/>
          </w:tcPr>
          <w:p w14:paraId="3B76E36D" w14:textId="77777777" w:rsidR="001379D1" w:rsidRDefault="00000000">
            <w:r>
              <w:rPr>
                <w:b/>
                <w:sz w:val="21"/>
              </w:rPr>
              <w:t xml:space="preserve">2. Có mâu thuẫn, chồng chéo hoặc không phù hợp, thống nhất với văn bản khác không? </w:t>
            </w:r>
            <w:r>
              <w:rPr>
                <w:sz w:val="21"/>
              </w:rPr>
              <w:t>Không ☒ — đã được rà soát, đối chiếu với Luật An ninh mạng, Luật Dữ liệu, Luật Bảo vệ dữ liệu cá nhân có liên quan (xem thêm Bảng so sánh theo từng điều đã lập).</w:t>
            </w:r>
          </w:p>
        </w:tc>
      </w:tr>
      <w:tr w:rsidR="001379D1" w14:paraId="28DF4214" w14:textId="77777777">
        <w:tc>
          <w:tcPr>
            <w:tcW w:w="10540" w:type="dxa"/>
          </w:tcPr>
          <w:p w14:paraId="1CE8C521" w14:textId="77777777" w:rsidR="001379D1" w:rsidRDefault="00000000">
            <w:r>
              <w:rPr>
                <w:b/>
              </w:rPr>
              <w:t>III. ĐÁNH GIÁ TÍNH HỢP LÝ CỦA TỪNG BỘ PHẬN TẠO THÀNH THỦ TỤC HÀNH CHÍNH</w:t>
            </w:r>
          </w:p>
        </w:tc>
      </w:tr>
      <w:tr w:rsidR="001379D1" w14:paraId="72B7485C" w14:textId="77777777">
        <w:tc>
          <w:tcPr>
            <w:tcW w:w="10540" w:type="dxa"/>
          </w:tcPr>
          <w:p w14:paraId="17F6D0DC" w14:textId="77777777" w:rsidR="001379D1" w:rsidRDefault="00000000">
            <w:r>
              <w:rPr>
                <w:b/>
                <w:sz w:val="21"/>
              </w:rPr>
              <w:t xml:space="preserve">1. Tên thủ tục hành chính — có được quy định rõ ràng, cụ thể, phù hợp không? </w:t>
            </w:r>
            <w:r>
              <w:rPr>
                <w:sz w:val="21"/>
              </w:rPr>
              <w:t>Có ☒   Không ☐ — Căn cứ: Điều 10 (Khoản 2), Điều 45 dự thảo Luật An ninh dữ liệu.</w:t>
            </w:r>
          </w:p>
        </w:tc>
      </w:tr>
      <w:tr w:rsidR="001379D1" w14:paraId="033C0D20" w14:textId="77777777">
        <w:tc>
          <w:tcPr>
            <w:tcW w:w="10540" w:type="dxa"/>
          </w:tcPr>
          <w:p w14:paraId="7C5FD35A" w14:textId="77777777" w:rsidR="001379D1" w:rsidRDefault="00000000">
            <w:r>
              <w:rPr>
                <w:b/>
                <w:sz w:val="21"/>
              </w:rPr>
              <w:t xml:space="preserve">2. Trình tự thực hiện: </w:t>
            </w:r>
            <w:r>
              <w:rPr>
                <w:sz w:val="21"/>
              </w:rPr>
              <w:t>Nộp hồ sơ theo nhánh – Kiểm tra tính đầy đủ – Thẩm định/sát hạch – Cấp Giấy chứng nhận hợp quy (nhánh a) hoặc Chứng chỉ chuyên môn/Văn bản công nhận chứng chỉ quốc tế tương đương (nhánh b).</w:t>
            </w:r>
          </w:p>
        </w:tc>
      </w:tr>
      <w:tr w:rsidR="001379D1" w14:paraId="198CAB93" w14:textId="77777777">
        <w:tc>
          <w:tcPr>
            <w:tcW w:w="10540" w:type="dxa"/>
          </w:tcPr>
          <w:p w14:paraId="31D0279E" w14:textId="77777777" w:rsidR="001379D1" w:rsidRDefault="00000000">
            <w:r>
              <w:rPr>
                <w:b/>
                <w:sz w:val="21"/>
              </w:rPr>
              <w:t xml:space="preserve">3. Cách thức thực hiện: </w:t>
            </w:r>
            <w:r>
              <w:rPr>
                <w:sz w:val="21"/>
              </w:rPr>
              <w:t>Trực tiếp ☒  Bưu chính ☐  Điện tử ☒</w:t>
            </w:r>
          </w:p>
        </w:tc>
      </w:tr>
      <w:tr w:rsidR="001379D1" w14:paraId="1E5E2FCC" w14:textId="77777777">
        <w:tc>
          <w:tcPr>
            <w:tcW w:w="10540" w:type="dxa"/>
          </w:tcPr>
          <w:p w14:paraId="449EE258" w14:textId="77777777" w:rsidR="001379D1" w:rsidRDefault="00000000">
            <w:r>
              <w:rPr>
                <w:b/>
                <w:sz w:val="21"/>
              </w:rPr>
              <w:t xml:space="preserve">4. Thành phần, số lượng hồ sơ: </w:t>
            </w:r>
            <w:r>
              <w:rPr>
                <w:sz w:val="21"/>
              </w:rPr>
              <w:t>(a) đơn đề nghị, báo cáo thử nghiệm, tài liệu kỹ thuật sản phẩm; (b) hồ sơ cá nhân, trình độ chuyên môn, bản sao chứng chỉ quốc tế (nếu đề nghị công nhận tương đương).</w:t>
            </w:r>
          </w:p>
        </w:tc>
      </w:tr>
      <w:tr w:rsidR="001379D1" w14:paraId="5CA1ABE8" w14:textId="77777777">
        <w:tc>
          <w:tcPr>
            <w:tcW w:w="10540" w:type="dxa"/>
          </w:tcPr>
          <w:p w14:paraId="1E5C792E" w14:textId="77777777" w:rsidR="001379D1" w:rsidRDefault="00000000">
            <w:r>
              <w:rPr>
                <w:b/>
                <w:sz w:val="21"/>
              </w:rPr>
              <w:t xml:space="preserve">5. Thời hạn giải quyết: </w:t>
            </w:r>
            <w:r>
              <w:rPr>
                <w:sz w:val="21"/>
              </w:rPr>
              <w:t>15 ngày làm việc (nhánh a); 20 ngày làm việc, lộ trình chuyển tiếp 24 tháng cho nhân sự hiện hữu (nhánh b).</w:t>
            </w:r>
          </w:p>
        </w:tc>
      </w:tr>
      <w:tr w:rsidR="001379D1" w14:paraId="397E6EBC" w14:textId="77777777">
        <w:tc>
          <w:tcPr>
            <w:tcW w:w="10540" w:type="dxa"/>
          </w:tcPr>
          <w:p w14:paraId="414CC716" w14:textId="77777777" w:rsidR="001379D1" w:rsidRDefault="00000000">
            <w:r>
              <w:rPr>
                <w:b/>
                <w:sz w:val="21"/>
              </w:rPr>
              <w:t xml:space="preserve">6. Đối tượng thực hiện: </w:t>
            </w:r>
            <w:r>
              <w:rPr>
                <w:sz w:val="21"/>
              </w:rPr>
              <w:t>- Tổ chức/cá nhân: Trong nước ☒  Nước ngoài ☒ (nhánh a: tổ chức; nhánh b: cá nhân)</w:t>
            </w:r>
            <w:r>
              <w:rPr>
                <w:sz w:val="21"/>
              </w:rPr>
              <w:br/>
              <w:t>- Phạm vi áp dụng: Toàn quốc ☒</w:t>
            </w:r>
          </w:p>
        </w:tc>
      </w:tr>
      <w:tr w:rsidR="001379D1" w14:paraId="1B9FD02D" w14:textId="77777777">
        <w:tc>
          <w:tcPr>
            <w:tcW w:w="10540" w:type="dxa"/>
          </w:tcPr>
          <w:p w14:paraId="426AF0AC" w14:textId="77777777" w:rsidR="001379D1" w:rsidRDefault="00000000">
            <w:r>
              <w:rPr>
                <w:b/>
                <w:sz w:val="21"/>
              </w:rPr>
              <w:t xml:space="preserve">7. Cơ quan giải quyết: </w:t>
            </w:r>
            <w:r>
              <w:rPr>
                <w:sz w:val="21"/>
              </w:rPr>
              <w:t>Bộ Công an/Bộ Khoa học và Công nghệ (nhánh a); Bộ Công an/Bộ chủ quản lĩnh vực được phân cấp (nhánh b).</w:t>
            </w:r>
            <w:r>
              <w:rPr>
                <w:sz w:val="21"/>
              </w:rPr>
              <w:br/>
              <w:t>Có thể mở rộng ủy quyền, phân cấp không? Có ☒ — công nhận phòng thử nghiệm nước ngoài (nhánh a); phân cấp Bộ chủ quản tự sát hạch (nhánh b).</w:t>
            </w:r>
          </w:p>
        </w:tc>
      </w:tr>
      <w:tr w:rsidR="001379D1" w14:paraId="337C9143" w14:textId="77777777">
        <w:tc>
          <w:tcPr>
            <w:tcW w:w="10540" w:type="dxa"/>
          </w:tcPr>
          <w:p w14:paraId="5D021215" w14:textId="77777777" w:rsidR="001379D1" w:rsidRDefault="00000000">
            <w:r>
              <w:rPr>
                <w:b/>
                <w:sz w:val="21"/>
              </w:rPr>
              <w:t xml:space="preserve">8. Phí, lệ phí và chi phí khác (nếu có): </w:t>
            </w:r>
            <w:r>
              <w:rPr>
                <w:sz w:val="21"/>
              </w:rPr>
              <w:t>Không ☒ (nhánh a); lệ phí sát hạch, miễn nếu công nhận chứng chỉ quốc tế (nhánh b).</w:t>
            </w:r>
          </w:p>
        </w:tc>
      </w:tr>
      <w:tr w:rsidR="001379D1" w14:paraId="693D18B8" w14:textId="77777777">
        <w:tc>
          <w:tcPr>
            <w:tcW w:w="10540" w:type="dxa"/>
          </w:tcPr>
          <w:p w14:paraId="4CDD84D1" w14:textId="77777777" w:rsidR="001379D1" w:rsidRDefault="00000000">
            <w:r>
              <w:rPr>
                <w:b/>
                <w:sz w:val="21"/>
              </w:rPr>
              <w:t xml:space="preserve">9. Mẫu đơn, tờ khai: </w:t>
            </w:r>
            <w:r>
              <w:rPr>
                <w:sz w:val="21"/>
              </w:rPr>
              <w:t>Có ☒ — Mẫu số 01, 02 (nhánh a); Mẫu số 10 (nhánh b).</w:t>
            </w:r>
          </w:p>
        </w:tc>
      </w:tr>
      <w:tr w:rsidR="001379D1" w14:paraId="20A7500B" w14:textId="77777777">
        <w:tc>
          <w:tcPr>
            <w:tcW w:w="10540" w:type="dxa"/>
          </w:tcPr>
          <w:p w14:paraId="67EA4008" w14:textId="77777777" w:rsidR="001379D1" w:rsidRDefault="00000000">
            <w:r>
              <w:rPr>
                <w:b/>
                <w:sz w:val="21"/>
              </w:rPr>
              <w:t xml:space="preserve">10. Yêu cầu, điều kiện: </w:t>
            </w:r>
            <w:r>
              <w:rPr>
                <w:sz w:val="21"/>
              </w:rPr>
              <w:t>Đáp ứng quy chuẩn kỹ thuật quốc gia (nhánh a); đạt Khung tiêu chuẩn năng lực quốc gia (nhánh b).</w:t>
            </w:r>
          </w:p>
        </w:tc>
      </w:tr>
      <w:tr w:rsidR="001379D1" w14:paraId="6E740506" w14:textId="77777777">
        <w:tc>
          <w:tcPr>
            <w:tcW w:w="10540" w:type="dxa"/>
          </w:tcPr>
          <w:p w14:paraId="4DB6875E" w14:textId="77777777" w:rsidR="001379D1" w:rsidRDefault="00000000">
            <w:r>
              <w:rPr>
                <w:b/>
                <w:sz w:val="21"/>
              </w:rPr>
              <w:t xml:space="preserve">11. Kết quả thực hiện: </w:t>
            </w:r>
            <w:r>
              <w:rPr>
                <w:sz w:val="21"/>
              </w:rPr>
              <w:t>- Hình thức: Giấy chứng nhận hợp quy / Chứng chỉ chuyên môn hoặc văn bản công nhận tương đương</w:t>
            </w:r>
            <w:r>
              <w:rPr>
                <w:sz w:val="21"/>
              </w:rPr>
              <w:br/>
            </w:r>
            <w:r>
              <w:rPr>
                <w:sz w:val="21"/>
              </w:rPr>
              <w:lastRenderedPageBreak/>
              <w:t>- Được mẫu hóa: Có ☒</w:t>
            </w:r>
            <w:r>
              <w:rPr>
                <w:sz w:val="21"/>
              </w:rPr>
              <w:br/>
              <w:t>- Thời hạn hiệu lực: Có ☒ — 03 năm (nhánh a); 05 năm (nhánh b), được gia hạn.</w:t>
            </w:r>
            <w:r>
              <w:rPr>
                <w:sz w:val="21"/>
              </w:rPr>
              <w:br/>
              <w:t>- Phạm vi hiệu lực: Toàn quốc ☒</w:t>
            </w:r>
          </w:p>
        </w:tc>
      </w:tr>
      <w:tr w:rsidR="001379D1" w14:paraId="1BCFD3DF" w14:textId="77777777">
        <w:tc>
          <w:tcPr>
            <w:tcW w:w="10540" w:type="dxa"/>
          </w:tcPr>
          <w:p w14:paraId="73F1BC40" w14:textId="77777777" w:rsidR="001379D1" w:rsidRDefault="00000000">
            <w:r>
              <w:rPr>
                <w:b/>
              </w:rPr>
              <w:lastRenderedPageBreak/>
              <w:t>IV. THÔNG TIN LIÊN HỆ</w:t>
            </w:r>
          </w:p>
        </w:tc>
      </w:tr>
      <w:tr w:rsidR="001379D1" w14:paraId="05539D92" w14:textId="77777777">
        <w:tc>
          <w:tcPr>
            <w:tcW w:w="10540" w:type="dxa"/>
          </w:tcPr>
          <w:p w14:paraId="0EFFC5CA" w14:textId="77777777" w:rsidR="001379D1" w:rsidRDefault="00000000">
            <w:r>
              <w:rPr>
                <w:b/>
                <w:sz w:val="21"/>
              </w:rPr>
              <w:t xml:space="preserve">Họ và tên người điền: </w:t>
            </w:r>
            <w:r>
              <w:rPr>
                <w:sz w:val="21"/>
              </w:rPr>
              <w:t>……………………………………………………………………</w:t>
            </w:r>
          </w:p>
        </w:tc>
      </w:tr>
      <w:tr w:rsidR="001379D1" w14:paraId="22ADFFDB" w14:textId="77777777">
        <w:tc>
          <w:tcPr>
            <w:tcW w:w="10540" w:type="dxa"/>
          </w:tcPr>
          <w:p w14:paraId="73D08C94" w14:textId="77777777" w:rsidR="001379D1" w:rsidRDefault="00000000">
            <w:r>
              <w:rPr>
                <w:b/>
                <w:sz w:val="21"/>
              </w:rPr>
              <w:t xml:space="preserve">Đơn vị: </w:t>
            </w:r>
            <w:r>
              <w:rPr>
                <w:sz w:val="21"/>
              </w:rPr>
              <w:t>Bộ Công an</w:t>
            </w:r>
          </w:p>
        </w:tc>
      </w:tr>
    </w:tbl>
    <w:p w14:paraId="083D323A" w14:textId="77777777" w:rsidR="001379D1" w:rsidRPr="00772D52" w:rsidRDefault="001379D1">
      <w:pPr>
        <w:rPr>
          <w:sz w:val="2"/>
          <w:szCs w:val="2"/>
        </w:rPr>
      </w:pPr>
    </w:p>
    <w:p w14:paraId="2EBCA15B" w14:textId="77777777" w:rsidR="001379D1" w:rsidRDefault="00000000">
      <w:pPr>
        <w:spacing w:before="200" w:after="80"/>
      </w:pPr>
      <w:r>
        <w:rPr>
          <w:b/>
          <w:sz w:val="25"/>
        </w:rPr>
        <w:t>THỦ TỤC HÀNH CHÍNH 3: Phê duyệt ngoại lệ đặc biệt đối với dữ liệu Cốt lõi, Quan trọng</w:t>
      </w:r>
    </w:p>
    <w:tbl>
      <w:tblPr>
        <w:tblStyle w:val="TableGrid"/>
        <w:tblW w:w="0" w:type="auto"/>
        <w:tblLook w:val="04A0" w:firstRow="1" w:lastRow="0" w:firstColumn="1" w:lastColumn="0" w:noHBand="0" w:noVBand="1"/>
      </w:tblPr>
      <w:tblGrid>
        <w:gridCol w:w="10530"/>
      </w:tblGrid>
      <w:tr w:rsidR="001379D1" w14:paraId="5870073A" w14:textId="77777777">
        <w:tc>
          <w:tcPr>
            <w:tcW w:w="10204" w:type="dxa"/>
          </w:tcPr>
          <w:p w14:paraId="1586E213" w14:textId="77777777" w:rsidR="001379D1" w:rsidRDefault="00000000">
            <w:r>
              <w:rPr>
                <w:b/>
              </w:rPr>
              <w:t>I. SỰ CẦN THIẾT CỦA QUY ĐỊNH VỀ THỦ TỤC HÀNH CHÍNH TẠI DỰ THẢO VĂN BẢN</w:t>
            </w:r>
          </w:p>
          <w:p w14:paraId="729BA759" w14:textId="77777777" w:rsidR="001379D1" w:rsidRDefault="001379D1"/>
        </w:tc>
      </w:tr>
      <w:tr w:rsidR="001379D1" w14:paraId="06093601" w14:textId="77777777">
        <w:tc>
          <w:tcPr>
            <w:tcW w:w="10540" w:type="dxa"/>
          </w:tcPr>
          <w:p w14:paraId="5CD22CB0" w14:textId="77777777" w:rsidR="001379D1" w:rsidRDefault="00000000">
            <w:r>
              <w:rPr>
                <w:b/>
                <w:sz w:val="21"/>
              </w:rPr>
              <w:t xml:space="preserve">1. Nội dung cụ thể trong ngành, lĩnh vực mà Nhà nước cần quản lý: </w:t>
            </w:r>
            <w:r>
              <w:rPr>
                <w:sz w:val="21"/>
              </w:rPr>
              <w:t>Kiểm soát các trường hợp ngoại lệ đặc biệt liên quan dữ liệu Cốt lõi, Quan trọng: (a) giao dịch, mua bán dữ liệu; (b) miễn áp dụng biện pháp cách ly vật lý bắt buộc. Cả hai đều là ngoại lệ hiếm gặp, cần thẩm quyền quyết định ở cấp cao nhất.</w:t>
            </w:r>
          </w:p>
        </w:tc>
      </w:tr>
      <w:tr w:rsidR="001379D1" w14:paraId="2D0FEECB" w14:textId="77777777">
        <w:tc>
          <w:tcPr>
            <w:tcW w:w="10540" w:type="dxa"/>
          </w:tcPr>
          <w:p w14:paraId="2A698494" w14:textId="77777777" w:rsidR="001379D1" w:rsidRDefault="00000000">
            <w:r>
              <w:rPr>
                <w:b/>
                <w:sz w:val="21"/>
              </w:rPr>
              <w:t xml:space="preserve">2. Nội dung quyền, nghĩa vụ và lợi ích hợp pháp cụ thể của các đối tượng chịu tác động: </w:t>
            </w:r>
            <w:r>
              <w:rPr>
                <w:sz w:val="21"/>
              </w:rPr>
              <w:t>Tổ chức, cơ quan được thực hiện hành vi ngoại lệ (giao dịch dữ liệu hoặc áp dụng phương án an ninh thay thế) sau khi có văn bản phê duyệt của cấp có thẩm quyền tương ứng.</w:t>
            </w:r>
          </w:p>
        </w:tc>
      </w:tr>
      <w:tr w:rsidR="001379D1" w14:paraId="1ABECD46" w14:textId="77777777">
        <w:tc>
          <w:tcPr>
            <w:tcW w:w="10540" w:type="dxa"/>
          </w:tcPr>
          <w:p w14:paraId="5748B118" w14:textId="77777777" w:rsidR="001379D1" w:rsidRDefault="00000000">
            <w:r>
              <w:rPr>
                <w:b/>
                <w:sz w:val="21"/>
              </w:rPr>
              <w:t xml:space="preserve">3. Lý do lựa chọn biện pháp quy định thủ tục hành chính: </w:t>
            </w:r>
            <w:r>
              <w:rPr>
                <w:sz w:val="21"/>
              </w:rPr>
              <w:t>Gộp chung một quy trình xử lý ngoại lệ đặc biệt vì cùng đối tượng dữ liệu (Cốt lõi/Quan trọng), cùng tính chất hiếm gặp, cùng yêu cầu thẩm định trước khi trình cấp có thẩm quyền quyết định; chỉ khác nhau ở cấp quyết định cuối cùng.</w:t>
            </w:r>
          </w:p>
        </w:tc>
      </w:tr>
      <w:tr w:rsidR="001379D1" w14:paraId="340C3925" w14:textId="77777777">
        <w:tc>
          <w:tcPr>
            <w:tcW w:w="10540" w:type="dxa"/>
          </w:tcPr>
          <w:p w14:paraId="24D5AAF5" w14:textId="77777777" w:rsidR="001379D1" w:rsidRDefault="00000000">
            <w:r>
              <w:rPr>
                <w:b/>
                <w:sz w:val="21"/>
              </w:rPr>
              <w:t xml:space="preserve">4. Có biện pháp nào khác có thể sử dụng mà không phải bằng quy định thủ tục hành chính không? </w:t>
            </w:r>
            <w:r>
              <w:rPr>
                <w:sz w:val="21"/>
              </w:rPr>
              <w:t>Có ☐   Không ☒ — thủ tục hành chính là biện pháp phù hợp nhất để kiểm soát rủi ro an ninh dữ liệu ở mức độ cần thiết.</w:t>
            </w:r>
          </w:p>
        </w:tc>
      </w:tr>
      <w:tr w:rsidR="001379D1" w14:paraId="137B2FF9" w14:textId="77777777">
        <w:tc>
          <w:tcPr>
            <w:tcW w:w="10540" w:type="dxa"/>
          </w:tcPr>
          <w:p w14:paraId="53F90680" w14:textId="77777777" w:rsidR="001379D1" w:rsidRDefault="00000000">
            <w:r>
              <w:rPr>
                <w:b/>
              </w:rPr>
              <w:t>II. ĐÁNH GIÁ TÍNH HỢP HIẾN, HỢP PHÁP CỦA THỦ TỤC HÀNH CHÍNH</w:t>
            </w:r>
          </w:p>
        </w:tc>
      </w:tr>
      <w:tr w:rsidR="001379D1" w14:paraId="3938497A" w14:textId="77777777">
        <w:tc>
          <w:tcPr>
            <w:tcW w:w="10540" w:type="dxa"/>
          </w:tcPr>
          <w:p w14:paraId="77EC2444" w14:textId="77777777" w:rsidR="001379D1" w:rsidRDefault="00000000">
            <w:r>
              <w:rPr>
                <w:b/>
                <w:sz w:val="21"/>
              </w:rPr>
              <w:t xml:space="preserve">1. Có phù hợp với Hiến pháp không? </w:t>
            </w:r>
            <w:r>
              <w:rPr>
                <w:sz w:val="21"/>
              </w:rPr>
              <w:t>Có ☒   Không ☐</w:t>
            </w:r>
          </w:p>
        </w:tc>
      </w:tr>
      <w:tr w:rsidR="001379D1" w14:paraId="05C12A5D" w14:textId="77777777">
        <w:tc>
          <w:tcPr>
            <w:tcW w:w="10540" w:type="dxa"/>
          </w:tcPr>
          <w:p w14:paraId="3F67A211" w14:textId="77777777" w:rsidR="001379D1" w:rsidRDefault="00000000">
            <w:r>
              <w:rPr>
                <w:b/>
                <w:sz w:val="21"/>
              </w:rPr>
              <w:t xml:space="preserve">2. Có mâu thuẫn, chồng chéo hoặc không phù hợp, thống nhất với văn bản khác không? </w:t>
            </w:r>
            <w:r>
              <w:rPr>
                <w:sz w:val="21"/>
              </w:rPr>
              <w:t>Không ☒ — đã được rà soát, đối chiếu với Luật An ninh mạng, Luật Dữ liệu, Luật Bảo vệ dữ liệu cá nhân có liên quan (xem thêm Bảng so sánh theo từng điều đã lập).</w:t>
            </w:r>
          </w:p>
        </w:tc>
      </w:tr>
      <w:tr w:rsidR="001379D1" w14:paraId="6051399C" w14:textId="77777777">
        <w:tc>
          <w:tcPr>
            <w:tcW w:w="10540" w:type="dxa"/>
          </w:tcPr>
          <w:p w14:paraId="5E82F080" w14:textId="77777777" w:rsidR="001379D1" w:rsidRDefault="00000000">
            <w:r>
              <w:rPr>
                <w:b/>
              </w:rPr>
              <w:t>III. ĐÁNH GIÁ TÍNH HỢP LÝ CỦA TỪNG BỘ PHẬN TẠO THÀNH THỦ TỤC HÀNH CHÍNH</w:t>
            </w:r>
          </w:p>
        </w:tc>
      </w:tr>
      <w:tr w:rsidR="001379D1" w14:paraId="7AC80C52" w14:textId="77777777">
        <w:tc>
          <w:tcPr>
            <w:tcW w:w="10540" w:type="dxa"/>
          </w:tcPr>
          <w:p w14:paraId="271C1115" w14:textId="77777777" w:rsidR="001379D1" w:rsidRDefault="00000000">
            <w:r>
              <w:rPr>
                <w:b/>
                <w:sz w:val="21"/>
              </w:rPr>
              <w:t xml:space="preserve">1. Tên thủ tục hành chính — có được quy định rõ ràng, cụ thể, phù hợp không? </w:t>
            </w:r>
            <w:r>
              <w:rPr>
                <w:sz w:val="21"/>
              </w:rPr>
              <w:t>Có ☒   Không ☐ — Căn cứ: Điều 16 (Khoản 2), Điều 21 (Khoản 1) dự thảo Luật An ninh dữ liệu.</w:t>
            </w:r>
          </w:p>
        </w:tc>
      </w:tr>
      <w:tr w:rsidR="001379D1" w14:paraId="3F5C9C13" w14:textId="77777777">
        <w:tc>
          <w:tcPr>
            <w:tcW w:w="10540" w:type="dxa"/>
          </w:tcPr>
          <w:p w14:paraId="678DA0BF" w14:textId="77777777" w:rsidR="001379D1" w:rsidRDefault="00000000">
            <w:r>
              <w:rPr>
                <w:b/>
                <w:sz w:val="21"/>
              </w:rPr>
              <w:t xml:space="preserve">2. Trình tự thực hiện: </w:t>
            </w:r>
            <w:r>
              <w:rPr>
                <w:sz w:val="21"/>
              </w:rPr>
              <w:t>Nộp hồ sơ tại Bộ Công an (hoặc Bộ Quốc phòng) – Thẩm định – Xác định loại ngoại lệ: (a) trường hợp giao dịch dữ liệu → trình Chính phủ ban hành Nghị quyết cho phép; (b) trường hợp miễn cách ly vật lý → trình Thủ tướng Chính phủ phê duyệt bằng văn bản.</w:t>
            </w:r>
          </w:p>
        </w:tc>
      </w:tr>
      <w:tr w:rsidR="001379D1" w14:paraId="45626542" w14:textId="77777777">
        <w:tc>
          <w:tcPr>
            <w:tcW w:w="10540" w:type="dxa"/>
          </w:tcPr>
          <w:p w14:paraId="5EDC52D4" w14:textId="77777777" w:rsidR="001379D1" w:rsidRDefault="00000000">
            <w:r>
              <w:rPr>
                <w:b/>
                <w:sz w:val="21"/>
              </w:rPr>
              <w:t xml:space="preserve">3. Cách thức thực hiện: </w:t>
            </w:r>
            <w:r>
              <w:rPr>
                <w:sz w:val="21"/>
              </w:rPr>
              <w:t>Trực tiếp ☒  Bưu chính ☐  Điện tử ☒</w:t>
            </w:r>
          </w:p>
        </w:tc>
      </w:tr>
      <w:tr w:rsidR="001379D1" w14:paraId="4CB3B512" w14:textId="77777777">
        <w:tc>
          <w:tcPr>
            <w:tcW w:w="10540" w:type="dxa"/>
          </w:tcPr>
          <w:p w14:paraId="6AD37170" w14:textId="77777777" w:rsidR="001379D1" w:rsidRDefault="00000000">
            <w:r>
              <w:rPr>
                <w:b/>
                <w:sz w:val="21"/>
              </w:rPr>
              <w:t xml:space="preserve">4. Thành phần, số lượng hồ sơ: </w:t>
            </w:r>
            <w:r>
              <w:rPr>
                <w:sz w:val="21"/>
              </w:rPr>
              <w:t>01 bộ, gồm: văn bản đề nghị; nêu rõ loại ngoại lệ đề nghị áp dụng (giao dịch dữ liệu hoặc miễn cách ly vật lý); tài liệu chứng minh căn cứ đặc biệt; phương án bảo đảm an ninh thay thế (nếu có).</w:t>
            </w:r>
          </w:p>
        </w:tc>
      </w:tr>
      <w:tr w:rsidR="001379D1" w14:paraId="309684A7" w14:textId="77777777">
        <w:tc>
          <w:tcPr>
            <w:tcW w:w="10540" w:type="dxa"/>
          </w:tcPr>
          <w:p w14:paraId="25365639" w14:textId="77777777" w:rsidR="001379D1" w:rsidRDefault="00000000">
            <w:r>
              <w:rPr>
                <w:b/>
                <w:sz w:val="21"/>
              </w:rPr>
              <w:t xml:space="preserve">5. Thời hạn giải quyết: </w:t>
            </w:r>
            <w:r>
              <w:rPr>
                <w:sz w:val="21"/>
              </w:rPr>
              <w:t>20 ngày làm việc (trường hợp giao dịch dữ liệu, trình Chính phủ); 15 ngày làm việc, có thể rút gọn còn 05 ngày làm việc nếu cấp bách (trường hợp miễn cách ly vật lý, trình Thủ tướng Chính phủ).</w:t>
            </w:r>
          </w:p>
        </w:tc>
      </w:tr>
      <w:tr w:rsidR="001379D1" w14:paraId="54D07E6C" w14:textId="77777777">
        <w:tc>
          <w:tcPr>
            <w:tcW w:w="10540" w:type="dxa"/>
          </w:tcPr>
          <w:p w14:paraId="196BBA23" w14:textId="77777777" w:rsidR="001379D1" w:rsidRDefault="00000000">
            <w:r>
              <w:rPr>
                <w:b/>
                <w:sz w:val="21"/>
              </w:rPr>
              <w:t xml:space="preserve">6. Đối tượng thực hiện: </w:t>
            </w:r>
            <w:r>
              <w:rPr>
                <w:sz w:val="21"/>
              </w:rPr>
              <w:t>- Tổ chức/cá nhân: Trong nước ☒  Nước ngoài ☒</w:t>
            </w:r>
            <w:r>
              <w:rPr>
                <w:sz w:val="21"/>
              </w:rPr>
              <w:br/>
              <w:t>- Phạm vi áp dụng: Toàn quốc ☒</w:t>
            </w:r>
          </w:p>
        </w:tc>
      </w:tr>
      <w:tr w:rsidR="001379D1" w14:paraId="4985AAC4" w14:textId="77777777">
        <w:tc>
          <w:tcPr>
            <w:tcW w:w="10540" w:type="dxa"/>
          </w:tcPr>
          <w:p w14:paraId="5D8EC76E" w14:textId="77777777" w:rsidR="001379D1" w:rsidRDefault="00000000">
            <w:r>
              <w:rPr>
                <w:b/>
                <w:sz w:val="21"/>
              </w:rPr>
              <w:t xml:space="preserve">7. Cơ quan giải quyết: </w:t>
            </w:r>
            <w:r>
              <w:rPr>
                <w:sz w:val="21"/>
              </w:rPr>
              <w:t>Chính phủ (Nghị quyết) hoặc Thủ tướng Chính phủ (văn bản phê duyệt), tùy loại ngoại lệ; Bộ Công an/Bộ Quốc phòng thẩm định, trình.</w:t>
            </w:r>
            <w:r>
              <w:rPr>
                <w:sz w:val="21"/>
              </w:rPr>
              <w:br/>
              <w:t>Có thể mở rộng ủy quyền, phân cấp không? Không ☒ — do tính chất đặc biệt nhạy cảm, không ủy quyền cho Thủ tướng Chính phủ hoặc Bộ trưởng quyết định thay.</w:t>
            </w:r>
          </w:p>
        </w:tc>
      </w:tr>
      <w:tr w:rsidR="001379D1" w14:paraId="7BFF2A49" w14:textId="77777777">
        <w:tc>
          <w:tcPr>
            <w:tcW w:w="10540" w:type="dxa"/>
          </w:tcPr>
          <w:p w14:paraId="27F4F8F2" w14:textId="77777777" w:rsidR="001379D1" w:rsidRDefault="00000000">
            <w:r>
              <w:rPr>
                <w:b/>
                <w:sz w:val="21"/>
              </w:rPr>
              <w:t xml:space="preserve">8. Phí, lệ phí và chi phí khác (nếu có): </w:t>
            </w:r>
            <w:r>
              <w:rPr>
                <w:sz w:val="21"/>
              </w:rPr>
              <w:t>Không ☒</w:t>
            </w:r>
          </w:p>
        </w:tc>
      </w:tr>
      <w:tr w:rsidR="001379D1" w14:paraId="13CEF537" w14:textId="77777777">
        <w:tc>
          <w:tcPr>
            <w:tcW w:w="10540" w:type="dxa"/>
          </w:tcPr>
          <w:p w14:paraId="07063293" w14:textId="77777777" w:rsidR="001379D1" w:rsidRDefault="00000000">
            <w:r>
              <w:rPr>
                <w:b/>
                <w:sz w:val="21"/>
              </w:rPr>
              <w:t xml:space="preserve">9. Mẫu đơn, tờ khai: </w:t>
            </w:r>
            <w:r>
              <w:rPr>
                <w:sz w:val="21"/>
              </w:rPr>
              <w:t>Có ☒ — Mẫu số 09 (dùng chung, có mục lựa chọn loại ngoại lệ đề nghị).</w:t>
            </w:r>
          </w:p>
        </w:tc>
      </w:tr>
      <w:tr w:rsidR="001379D1" w14:paraId="33158AB3" w14:textId="77777777">
        <w:tc>
          <w:tcPr>
            <w:tcW w:w="10540" w:type="dxa"/>
          </w:tcPr>
          <w:p w14:paraId="05A20139" w14:textId="77777777" w:rsidR="001379D1" w:rsidRDefault="00000000">
            <w:r>
              <w:rPr>
                <w:b/>
                <w:sz w:val="21"/>
              </w:rPr>
              <w:t xml:space="preserve">10. Yêu cầu, điều kiện: </w:t>
            </w:r>
            <w:r>
              <w:rPr>
                <w:sz w:val="21"/>
              </w:rPr>
              <w:t>Thuộc một trong các trường hợp đặc biệt được liệt kê tại văn bản hướng dẫn (nghiên cứu khoa học chiến lược, công ích, phòng chống thiên tai, dịch bệnh...).</w:t>
            </w:r>
          </w:p>
        </w:tc>
      </w:tr>
      <w:tr w:rsidR="001379D1" w14:paraId="53EB17D4" w14:textId="77777777">
        <w:tc>
          <w:tcPr>
            <w:tcW w:w="10540" w:type="dxa"/>
          </w:tcPr>
          <w:p w14:paraId="5C76C832" w14:textId="77777777" w:rsidR="001379D1" w:rsidRDefault="00000000">
            <w:r>
              <w:rPr>
                <w:b/>
                <w:sz w:val="21"/>
              </w:rPr>
              <w:t xml:space="preserve">11. Kết quả thực hiện: </w:t>
            </w:r>
            <w:r>
              <w:rPr>
                <w:sz w:val="21"/>
              </w:rPr>
              <w:t>- Hình thức: Nghị quyết của Chính phủ / Văn bản phê duyệt của Thủ tướng Chính phủ</w:t>
            </w:r>
            <w:r>
              <w:rPr>
                <w:sz w:val="21"/>
              </w:rPr>
              <w:br/>
              <w:t>- Được mẫu hóa: Không ☒ — mỗi trường hợp có nội dung đặc thù riêng.</w:t>
            </w:r>
            <w:r>
              <w:rPr>
                <w:sz w:val="21"/>
              </w:rPr>
              <w:br/>
              <w:t>- Thời hạn hiệu lực: Có ☒ — theo thời hạn, phạm vi nêu trong Nghị quyết cho phép.</w:t>
            </w:r>
            <w:r>
              <w:rPr>
                <w:sz w:val="21"/>
              </w:rPr>
              <w:br/>
              <w:t>- Phạm vi hiệu lực: Toàn quốc ☒</w:t>
            </w:r>
          </w:p>
        </w:tc>
      </w:tr>
      <w:tr w:rsidR="001379D1" w14:paraId="398ED3E4" w14:textId="77777777">
        <w:tc>
          <w:tcPr>
            <w:tcW w:w="10540" w:type="dxa"/>
          </w:tcPr>
          <w:p w14:paraId="7CFE0EE8" w14:textId="77777777" w:rsidR="001379D1" w:rsidRDefault="00000000">
            <w:r>
              <w:rPr>
                <w:b/>
              </w:rPr>
              <w:t>IV. THÔNG TIN LIÊN HỆ</w:t>
            </w:r>
          </w:p>
        </w:tc>
      </w:tr>
      <w:tr w:rsidR="001379D1" w14:paraId="049E1DBB" w14:textId="77777777">
        <w:tc>
          <w:tcPr>
            <w:tcW w:w="10540" w:type="dxa"/>
          </w:tcPr>
          <w:p w14:paraId="3763A42D" w14:textId="77777777" w:rsidR="001379D1" w:rsidRDefault="00000000">
            <w:r>
              <w:rPr>
                <w:b/>
                <w:sz w:val="21"/>
              </w:rPr>
              <w:t xml:space="preserve">Họ và tên người điền: </w:t>
            </w:r>
            <w:r>
              <w:rPr>
                <w:sz w:val="21"/>
              </w:rPr>
              <w:t>……………………………………………………………………</w:t>
            </w:r>
          </w:p>
        </w:tc>
      </w:tr>
      <w:tr w:rsidR="001379D1" w14:paraId="015ED9AB" w14:textId="77777777">
        <w:tc>
          <w:tcPr>
            <w:tcW w:w="10540" w:type="dxa"/>
          </w:tcPr>
          <w:p w14:paraId="40E73812" w14:textId="77777777" w:rsidR="001379D1" w:rsidRDefault="00000000">
            <w:r>
              <w:rPr>
                <w:b/>
                <w:sz w:val="21"/>
              </w:rPr>
              <w:lastRenderedPageBreak/>
              <w:t xml:space="preserve">Đơn vị: </w:t>
            </w:r>
            <w:r>
              <w:rPr>
                <w:sz w:val="21"/>
              </w:rPr>
              <w:t>Bộ Công an</w:t>
            </w:r>
          </w:p>
        </w:tc>
      </w:tr>
    </w:tbl>
    <w:p w14:paraId="2ED12168" w14:textId="77777777" w:rsidR="001379D1" w:rsidRDefault="001379D1"/>
    <w:p w14:paraId="27FB53AC" w14:textId="77777777" w:rsidR="001379D1" w:rsidRDefault="00000000">
      <w:pPr>
        <w:spacing w:before="200" w:after="80"/>
      </w:pPr>
      <w:r>
        <w:rPr>
          <w:b/>
          <w:sz w:val="25"/>
        </w:rPr>
        <w:t>THỦ TỤC HÀNH CHÍNH 4: Thẩm định, cấp văn bản chấp thuận an ninh khi chuyển dữ liệu Quan trọng, Cốt lõi ra nước ngoài</w:t>
      </w:r>
    </w:p>
    <w:tbl>
      <w:tblPr>
        <w:tblStyle w:val="TableGrid"/>
        <w:tblW w:w="0" w:type="auto"/>
        <w:tblLook w:val="04A0" w:firstRow="1" w:lastRow="0" w:firstColumn="1" w:lastColumn="0" w:noHBand="0" w:noVBand="1"/>
      </w:tblPr>
      <w:tblGrid>
        <w:gridCol w:w="10530"/>
      </w:tblGrid>
      <w:tr w:rsidR="001379D1" w14:paraId="5AF3BD70" w14:textId="77777777">
        <w:tc>
          <w:tcPr>
            <w:tcW w:w="10204" w:type="dxa"/>
          </w:tcPr>
          <w:p w14:paraId="6FC5B7FF" w14:textId="77777777" w:rsidR="001379D1" w:rsidRDefault="00000000">
            <w:r>
              <w:rPr>
                <w:b/>
              </w:rPr>
              <w:t>I. SỰ CẦN THIẾT CỦA QUY ĐỊNH VỀ THỦ TỤC HÀNH CHÍNH TẠI DỰ THẢO VĂN BẢN</w:t>
            </w:r>
          </w:p>
          <w:p w14:paraId="0F30B746" w14:textId="77777777" w:rsidR="001379D1" w:rsidRDefault="001379D1"/>
        </w:tc>
      </w:tr>
      <w:tr w:rsidR="001379D1" w14:paraId="3B859872" w14:textId="77777777">
        <w:tc>
          <w:tcPr>
            <w:tcW w:w="10540" w:type="dxa"/>
          </w:tcPr>
          <w:p w14:paraId="53B756B1" w14:textId="77777777" w:rsidR="001379D1" w:rsidRDefault="00000000">
            <w:r>
              <w:rPr>
                <w:b/>
                <w:sz w:val="21"/>
              </w:rPr>
              <w:t xml:space="preserve">1. Nội dung cụ thể trong ngành, lĩnh vực mà Nhà nước cần quản lý: </w:t>
            </w:r>
            <w:r>
              <w:rPr>
                <w:sz w:val="21"/>
              </w:rPr>
              <w:t>Kiểm soát an ninh đối với hoạt động lưu chuyển dữ liệu có mức độ nhạy cảm cao ra ngoài lãnh thổ Việt Nam. Ghi chú: trong 03 cơ chế miễn trừ tại Khoản 3 Điều 32, riêng việc áp dụng Hợp đồng tiêu chuẩn bảo vệ dữ liệu (SCC) chỉ yêu cầu thông báo trong 10 ngày làm việc, không có văn bản chấp thuận riêng nên không cấu thành thủ tục hành chính độc lập; thủ tục hành chính thực chất của nhóm này là thẩm định, cấp văn bản chấp thuận đối với trường hợp không đủ điều kiện miễn trừ.</w:t>
            </w:r>
          </w:p>
        </w:tc>
      </w:tr>
      <w:tr w:rsidR="001379D1" w14:paraId="2B72DB73" w14:textId="77777777">
        <w:tc>
          <w:tcPr>
            <w:tcW w:w="10540" w:type="dxa"/>
          </w:tcPr>
          <w:p w14:paraId="0F362695" w14:textId="77777777" w:rsidR="001379D1" w:rsidRDefault="00000000">
            <w:r>
              <w:rPr>
                <w:b/>
                <w:sz w:val="21"/>
              </w:rPr>
              <w:t xml:space="preserve">2. Nội dung quyền, nghĩa vụ và lợi ích hợp pháp cụ thể của các đối tượng chịu tác động: </w:t>
            </w:r>
            <w:r>
              <w:rPr>
                <w:sz w:val="21"/>
              </w:rPr>
              <w:t>Tổ chức được chuyển dữ liệu ra nước ngoài sau khi có văn bản chấp thuận hoặc áp dụng hợp lệ một trong ba cơ chế miễn trừ (công nhận tương đương, Hợp đồng tiêu chuẩn, Chứng nhận hợp quy).</w:t>
            </w:r>
          </w:p>
        </w:tc>
      </w:tr>
      <w:tr w:rsidR="001379D1" w14:paraId="39CAF60C" w14:textId="77777777">
        <w:tc>
          <w:tcPr>
            <w:tcW w:w="10540" w:type="dxa"/>
          </w:tcPr>
          <w:p w14:paraId="7059A2E4" w14:textId="77777777" w:rsidR="001379D1" w:rsidRDefault="00000000">
            <w:r>
              <w:rPr>
                <w:b/>
                <w:sz w:val="21"/>
              </w:rPr>
              <w:t xml:space="preserve">3. Lý do lựa chọn biện pháp quy định thủ tục hành chính: </w:t>
            </w:r>
            <w:r>
              <w:rPr>
                <w:sz w:val="21"/>
              </w:rPr>
              <w:t>Bảo vệ chủ quyền dữ liệu quốc gia đối với dữ liệu nhạy cảm nhất khi ra khỏi lãnh thổ, đồng thời áp dụng cơ chế phân luồng để không cản trở dòng chảy dữ liệu thương mại thông thường.</w:t>
            </w:r>
          </w:p>
        </w:tc>
      </w:tr>
      <w:tr w:rsidR="001379D1" w14:paraId="5AEA8DE4" w14:textId="77777777">
        <w:tc>
          <w:tcPr>
            <w:tcW w:w="10540" w:type="dxa"/>
          </w:tcPr>
          <w:p w14:paraId="3A4DEF85" w14:textId="77777777" w:rsidR="001379D1" w:rsidRDefault="00000000">
            <w:r>
              <w:rPr>
                <w:b/>
                <w:sz w:val="21"/>
              </w:rPr>
              <w:t xml:space="preserve">4. Có biện pháp nào khác có thể sử dụng mà không phải bằng quy định thủ tục hành chính không? </w:t>
            </w:r>
            <w:r>
              <w:rPr>
                <w:sz w:val="21"/>
              </w:rPr>
              <w:t>Có ☐   Không ☒ — thủ tục hành chính là biện pháp phù hợp nhất để kiểm soát rủi ro an ninh dữ liệu ở mức độ cần thiết.</w:t>
            </w:r>
          </w:p>
        </w:tc>
      </w:tr>
      <w:tr w:rsidR="001379D1" w14:paraId="38BDB0A2" w14:textId="77777777">
        <w:tc>
          <w:tcPr>
            <w:tcW w:w="10540" w:type="dxa"/>
          </w:tcPr>
          <w:p w14:paraId="73525617" w14:textId="77777777" w:rsidR="001379D1" w:rsidRDefault="00000000">
            <w:r>
              <w:rPr>
                <w:b/>
              </w:rPr>
              <w:t>II. ĐÁNH GIÁ TÍNH HỢP HIẾN, HỢP PHÁP CỦA THỦ TỤC HÀNH CHÍNH</w:t>
            </w:r>
          </w:p>
        </w:tc>
      </w:tr>
      <w:tr w:rsidR="001379D1" w14:paraId="62152A0A" w14:textId="77777777">
        <w:tc>
          <w:tcPr>
            <w:tcW w:w="10540" w:type="dxa"/>
          </w:tcPr>
          <w:p w14:paraId="602E0F7D" w14:textId="77777777" w:rsidR="001379D1" w:rsidRDefault="00000000">
            <w:r>
              <w:rPr>
                <w:b/>
                <w:sz w:val="21"/>
              </w:rPr>
              <w:t xml:space="preserve">1. Có phù hợp với Hiến pháp không? </w:t>
            </w:r>
            <w:r>
              <w:rPr>
                <w:sz w:val="21"/>
              </w:rPr>
              <w:t>Có ☒   Không ☐</w:t>
            </w:r>
          </w:p>
        </w:tc>
      </w:tr>
      <w:tr w:rsidR="001379D1" w14:paraId="0D3BD3D1" w14:textId="77777777">
        <w:tc>
          <w:tcPr>
            <w:tcW w:w="10540" w:type="dxa"/>
          </w:tcPr>
          <w:p w14:paraId="60FAB698" w14:textId="77777777" w:rsidR="001379D1" w:rsidRDefault="00000000">
            <w:r>
              <w:rPr>
                <w:b/>
                <w:sz w:val="21"/>
              </w:rPr>
              <w:t xml:space="preserve">2. Có mâu thuẫn, chồng chéo hoặc không phù hợp, thống nhất với văn bản khác không? </w:t>
            </w:r>
            <w:r>
              <w:rPr>
                <w:sz w:val="21"/>
              </w:rPr>
              <w:t>Không ☒ — đã được rà soát, đối chiếu với Luật An ninh mạng, Luật Dữ liệu, Luật Bảo vệ dữ liệu cá nhân có liên quan (xem thêm Bảng so sánh theo từng điều đã lập).</w:t>
            </w:r>
          </w:p>
        </w:tc>
      </w:tr>
      <w:tr w:rsidR="001379D1" w14:paraId="7F2D365D" w14:textId="77777777">
        <w:tc>
          <w:tcPr>
            <w:tcW w:w="10540" w:type="dxa"/>
          </w:tcPr>
          <w:p w14:paraId="4B39B04C" w14:textId="77777777" w:rsidR="001379D1" w:rsidRDefault="00000000">
            <w:r>
              <w:rPr>
                <w:b/>
              </w:rPr>
              <w:t>III. ĐÁNH GIÁ TÍNH HỢP LÝ CỦA TỪNG BỘ PHẬN TẠO THÀNH THỦ TỤC HÀNH CHÍNH</w:t>
            </w:r>
          </w:p>
        </w:tc>
      </w:tr>
      <w:tr w:rsidR="001379D1" w14:paraId="75635C3A" w14:textId="77777777">
        <w:tc>
          <w:tcPr>
            <w:tcW w:w="10540" w:type="dxa"/>
          </w:tcPr>
          <w:p w14:paraId="048B7710" w14:textId="77777777" w:rsidR="001379D1" w:rsidRDefault="00000000">
            <w:r>
              <w:rPr>
                <w:b/>
                <w:sz w:val="21"/>
              </w:rPr>
              <w:t xml:space="preserve">1. Tên thủ tục hành chính — có được quy định rõ ràng, cụ thể, phù hợp không? </w:t>
            </w:r>
            <w:r>
              <w:rPr>
                <w:sz w:val="21"/>
              </w:rPr>
              <w:t>Có ☒   Không ☐ — Căn cứ: Điều 32, Điều 33 dự thảo Luật An ninh dữ liệu.</w:t>
            </w:r>
          </w:p>
        </w:tc>
      </w:tr>
      <w:tr w:rsidR="001379D1" w14:paraId="546A3563" w14:textId="77777777">
        <w:tc>
          <w:tcPr>
            <w:tcW w:w="10540" w:type="dxa"/>
          </w:tcPr>
          <w:p w14:paraId="7FD61ED8" w14:textId="77777777" w:rsidR="001379D1" w:rsidRDefault="00000000">
            <w:r>
              <w:rPr>
                <w:b/>
                <w:sz w:val="21"/>
              </w:rPr>
              <w:t xml:space="preserve">2. Trình tự thực hiện: </w:t>
            </w:r>
            <w:r>
              <w:rPr>
                <w:sz w:val="21"/>
              </w:rPr>
              <w:t>Nộp hồ sơ – Kiểm tra tính đầy đủ – Thẩm định nội dung – Cấp văn bản chấp thuận (đối với trường hợp phải tiền kiểm) hoặc tiếp nhận thông báo áp dụng cơ chế miễn trừ (hậu kiểm).</w:t>
            </w:r>
          </w:p>
        </w:tc>
      </w:tr>
      <w:tr w:rsidR="001379D1" w14:paraId="4A31F219" w14:textId="77777777">
        <w:tc>
          <w:tcPr>
            <w:tcW w:w="10540" w:type="dxa"/>
          </w:tcPr>
          <w:p w14:paraId="098EE69E" w14:textId="77777777" w:rsidR="001379D1" w:rsidRDefault="00000000">
            <w:r>
              <w:rPr>
                <w:b/>
                <w:sz w:val="21"/>
              </w:rPr>
              <w:t xml:space="preserve">3. Cách thức thực hiện: </w:t>
            </w:r>
            <w:r>
              <w:rPr>
                <w:sz w:val="21"/>
              </w:rPr>
              <w:t>Trực tiếp ☒  Bưu chính ☐  Điện tử ☒</w:t>
            </w:r>
          </w:p>
        </w:tc>
      </w:tr>
      <w:tr w:rsidR="001379D1" w14:paraId="1358440D" w14:textId="77777777">
        <w:tc>
          <w:tcPr>
            <w:tcW w:w="10540" w:type="dxa"/>
          </w:tcPr>
          <w:p w14:paraId="7921737C" w14:textId="77777777" w:rsidR="001379D1" w:rsidRDefault="00000000">
            <w:r>
              <w:rPr>
                <w:b/>
                <w:sz w:val="21"/>
              </w:rPr>
              <w:t xml:space="preserve">4. Thành phần, số lượng hồ sơ: </w:t>
            </w:r>
            <w:r>
              <w:rPr>
                <w:sz w:val="21"/>
              </w:rPr>
              <w:t>01 bộ: thông tin bên chuyển, bên nhận; loại, khối lượng dữ liệu; mục đích, cơ sở pháp lý chuyển giao; biện pháp bảo mật.</w:t>
            </w:r>
          </w:p>
        </w:tc>
      </w:tr>
      <w:tr w:rsidR="001379D1" w14:paraId="3338A071" w14:textId="77777777">
        <w:tc>
          <w:tcPr>
            <w:tcW w:w="10540" w:type="dxa"/>
          </w:tcPr>
          <w:p w14:paraId="3C375EB2" w14:textId="77777777" w:rsidR="001379D1" w:rsidRDefault="00000000">
            <w:r>
              <w:rPr>
                <w:b/>
                <w:sz w:val="21"/>
              </w:rPr>
              <w:t xml:space="preserve">5. Thời hạn giải quyết: </w:t>
            </w:r>
            <w:r>
              <w:rPr>
                <w:sz w:val="21"/>
              </w:rPr>
              <w:t>20 ngày làm việc (thẩm định, cấp văn bản chấp thuận); 10 ngày làm việc (thông báo áp dụng Hợp đồng tiêu chuẩn).</w:t>
            </w:r>
          </w:p>
        </w:tc>
      </w:tr>
      <w:tr w:rsidR="001379D1" w14:paraId="43A5A2C3" w14:textId="77777777">
        <w:tc>
          <w:tcPr>
            <w:tcW w:w="10540" w:type="dxa"/>
          </w:tcPr>
          <w:p w14:paraId="1E6FD75C" w14:textId="77777777" w:rsidR="001379D1" w:rsidRDefault="00000000">
            <w:r>
              <w:rPr>
                <w:b/>
                <w:sz w:val="21"/>
              </w:rPr>
              <w:t xml:space="preserve">6. Đối tượng thực hiện: </w:t>
            </w:r>
            <w:r>
              <w:rPr>
                <w:sz w:val="21"/>
              </w:rPr>
              <w:t>- Tổ chức/cá nhân: Trong nước ☒  Nước ngoài ☒</w:t>
            </w:r>
            <w:r>
              <w:rPr>
                <w:sz w:val="21"/>
              </w:rPr>
              <w:br/>
              <w:t>- Phạm vi áp dụng: Toàn quốc ☒</w:t>
            </w:r>
          </w:p>
        </w:tc>
      </w:tr>
      <w:tr w:rsidR="001379D1" w14:paraId="7C79989A" w14:textId="77777777">
        <w:tc>
          <w:tcPr>
            <w:tcW w:w="10540" w:type="dxa"/>
          </w:tcPr>
          <w:p w14:paraId="4461F179" w14:textId="77777777" w:rsidR="001379D1" w:rsidRDefault="00000000">
            <w:r>
              <w:rPr>
                <w:b/>
                <w:sz w:val="21"/>
              </w:rPr>
              <w:t xml:space="preserve">7. Cơ quan giải quyết: </w:t>
            </w:r>
            <w:r>
              <w:rPr>
                <w:sz w:val="21"/>
              </w:rPr>
              <w:t>Bộ Công an.</w:t>
            </w:r>
            <w:r>
              <w:rPr>
                <w:sz w:val="21"/>
              </w:rPr>
              <w:br/>
              <w:t>Có thể mở rộng ủy quyền, phân cấp không? Không ☒</w:t>
            </w:r>
          </w:p>
        </w:tc>
      </w:tr>
      <w:tr w:rsidR="001379D1" w14:paraId="3B7CD80D" w14:textId="77777777">
        <w:tc>
          <w:tcPr>
            <w:tcW w:w="10540" w:type="dxa"/>
          </w:tcPr>
          <w:p w14:paraId="5FE0507E" w14:textId="77777777" w:rsidR="001379D1" w:rsidRDefault="00000000">
            <w:r>
              <w:rPr>
                <w:b/>
                <w:sz w:val="21"/>
              </w:rPr>
              <w:t xml:space="preserve">8. Phí, lệ phí và chi phí khác (nếu có): </w:t>
            </w:r>
            <w:r>
              <w:rPr>
                <w:sz w:val="21"/>
              </w:rPr>
              <w:t>Không ☒</w:t>
            </w:r>
          </w:p>
        </w:tc>
      </w:tr>
      <w:tr w:rsidR="001379D1" w14:paraId="29EEFDFF" w14:textId="77777777">
        <w:tc>
          <w:tcPr>
            <w:tcW w:w="10540" w:type="dxa"/>
          </w:tcPr>
          <w:p w14:paraId="3F79423D" w14:textId="77777777" w:rsidR="001379D1" w:rsidRDefault="00000000">
            <w:r>
              <w:rPr>
                <w:b/>
                <w:sz w:val="21"/>
              </w:rPr>
              <w:t xml:space="preserve">9. Mẫu đơn, tờ khai: </w:t>
            </w:r>
            <w:r>
              <w:rPr>
                <w:sz w:val="21"/>
              </w:rPr>
              <w:t>Có ☒ — Mẫu số 05, Mẫu số 06 (Nghị định hướng dẫn thi hành).</w:t>
            </w:r>
          </w:p>
        </w:tc>
      </w:tr>
      <w:tr w:rsidR="001379D1" w14:paraId="2D8E5C21" w14:textId="77777777">
        <w:tc>
          <w:tcPr>
            <w:tcW w:w="10540" w:type="dxa"/>
          </w:tcPr>
          <w:p w14:paraId="5092DF53" w14:textId="77777777" w:rsidR="001379D1" w:rsidRDefault="00000000">
            <w:r>
              <w:rPr>
                <w:b/>
                <w:sz w:val="21"/>
              </w:rPr>
              <w:t xml:space="preserve">10. Yêu cầu, điều kiện: </w:t>
            </w:r>
            <w:r>
              <w:rPr>
                <w:sz w:val="21"/>
              </w:rPr>
              <w:t>Đáp ứng một trong các cơ chế: thẩm định trước, công nhận tương đương, Hợp đồng tiêu chuẩn, hoặc Chứng nhận hợp quy xuyên biên giới.</w:t>
            </w:r>
          </w:p>
        </w:tc>
      </w:tr>
      <w:tr w:rsidR="001379D1" w14:paraId="14781438" w14:textId="77777777">
        <w:tc>
          <w:tcPr>
            <w:tcW w:w="10540" w:type="dxa"/>
          </w:tcPr>
          <w:p w14:paraId="497123D2" w14:textId="77777777" w:rsidR="001379D1" w:rsidRDefault="00000000">
            <w:r>
              <w:rPr>
                <w:b/>
                <w:sz w:val="21"/>
              </w:rPr>
              <w:t xml:space="preserve">11. Kết quả thực hiện: </w:t>
            </w:r>
            <w:r>
              <w:rPr>
                <w:sz w:val="21"/>
              </w:rPr>
              <w:t>- Hình thức: Văn bản chấp thuận về an ninh / Xác nhận tiếp nhận thông báo</w:t>
            </w:r>
            <w:r>
              <w:rPr>
                <w:sz w:val="21"/>
              </w:rPr>
              <w:br/>
              <w:t>- Được mẫu hóa: Có ☒</w:t>
            </w:r>
            <w:r>
              <w:rPr>
                <w:sz w:val="21"/>
              </w:rPr>
              <w:br/>
              <w:t>- Thời hạn hiệu lực: Không ☒ — gắn với hợp đồng chuyển giao dữ liệu tương ứng.</w:t>
            </w:r>
            <w:r>
              <w:rPr>
                <w:sz w:val="21"/>
              </w:rPr>
              <w:br/>
              <w:t>- Phạm vi hiệu lực: Toàn quốc ☒</w:t>
            </w:r>
          </w:p>
        </w:tc>
      </w:tr>
      <w:tr w:rsidR="001379D1" w14:paraId="3C254C9A" w14:textId="77777777">
        <w:tc>
          <w:tcPr>
            <w:tcW w:w="10540" w:type="dxa"/>
          </w:tcPr>
          <w:p w14:paraId="5DAC7585" w14:textId="77777777" w:rsidR="001379D1" w:rsidRDefault="00000000">
            <w:r>
              <w:rPr>
                <w:b/>
              </w:rPr>
              <w:t>IV. THÔNG TIN LIÊN HỆ</w:t>
            </w:r>
          </w:p>
        </w:tc>
      </w:tr>
      <w:tr w:rsidR="001379D1" w14:paraId="439C8C40" w14:textId="77777777">
        <w:tc>
          <w:tcPr>
            <w:tcW w:w="10540" w:type="dxa"/>
          </w:tcPr>
          <w:p w14:paraId="7DF88F40" w14:textId="77777777" w:rsidR="001379D1" w:rsidRDefault="00000000">
            <w:r>
              <w:rPr>
                <w:b/>
                <w:sz w:val="21"/>
              </w:rPr>
              <w:t xml:space="preserve">Họ và tên người điền: </w:t>
            </w:r>
            <w:r>
              <w:rPr>
                <w:sz w:val="21"/>
              </w:rPr>
              <w:t>……………………………………………………………………</w:t>
            </w:r>
          </w:p>
        </w:tc>
      </w:tr>
      <w:tr w:rsidR="001379D1" w14:paraId="651DB332" w14:textId="77777777">
        <w:tc>
          <w:tcPr>
            <w:tcW w:w="10540" w:type="dxa"/>
          </w:tcPr>
          <w:p w14:paraId="67BD52C8" w14:textId="77777777" w:rsidR="001379D1" w:rsidRDefault="00000000">
            <w:r>
              <w:rPr>
                <w:b/>
                <w:sz w:val="21"/>
              </w:rPr>
              <w:t xml:space="preserve">Đơn vị: </w:t>
            </w:r>
            <w:r>
              <w:rPr>
                <w:sz w:val="21"/>
              </w:rPr>
              <w:t>Bộ Công an</w:t>
            </w:r>
          </w:p>
        </w:tc>
      </w:tr>
    </w:tbl>
    <w:p w14:paraId="3F707EA0" w14:textId="77777777" w:rsidR="001379D1" w:rsidRDefault="001379D1"/>
    <w:p w14:paraId="59B68475" w14:textId="77777777" w:rsidR="001379D1" w:rsidRDefault="00000000">
      <w:pPr>
        <w:spacing w:before="200" w:after="80"/>
      </w:pPr>
      <w:r>
        <w:rPr>
          <w:b/>
          <w:sz w:val="25"/>
        </w:rPr>
        <w:lastRenderedPageBreak/>
        <w:t>THỦ TỤC HÀNH CHÍNH 5: Quy trình báo cáo và xác nhận khôi phục kết nối sau sự cố an ninh dữ liệu</w:t>
      </w:r>
    </w:p>
    <w:tbl>
      <w:tblPr>
        <w:tblStyle w:val="TableGrid"/>
        <w:tblW w:w="0" w:type="auto"/>
        <w:tblLook w:val="04A0" w:firstRow="1" w:lastRow="0" w:firstColumn="1" w:lastColumn="0" w:noHBand="0" w:noVBand="1"/>
      </w:tblPr>
      <w:tblGrid>
        <w:gridCol w:w="10530"/>
      </w:tblGrid>
      <w:tr w:rsidR="001379D1" w14:paraId="070E4B3C" w14:textId="77777777">
        <w:tc>
          <w:tcPr>
            <w:tcW w:w="10204" w:type="dxa"/>
          </w:tcPr>
          <w:p w14:paraId="4A046F85" w14:textId="77777777" w:rsidR="001379D1" w:rsidRDefault="00000000">
            <w:r>
              <w:rPr>
                <w:b/>
              </w:rPr>
              <w:t>I. SỰ CẦN THIẾT CỦA QUY ĐỊNH VỀ THỦ TỤC HÀNH CHÍNH TẠI DỰ THẢO VĂN BẢN</w:t>
            </w:r>
          </w:p>
          <w:p w14:paraId="27371430" w14:textId="77777777" w:rsidR="001379D1" w:rsidRDefault="001379D1"/>
        </w:tc>
      </w:tr>
      <w:tr w:rsidR="001379D1" w14:paraId="36B6E086" w14:textId="77777777">
        <w:tc>
          <w:tcPr>
            <w:tcW w:w="10540" w:type="dxa"/>
          </w:tcPr>
          <w:p w14:paraId="4A68EF73" w14:textId="77777777" w:rsidR="001379D1" w:rsidRDefault="00000000">
            <w:r>
              <w:rPr>
                <w:b/>
                <w:sz w:val="21"/>
              </w:rPr>
              <w:t xml:space="preserve">1. Nội dung cụ thể trong ngành, lĩnh vực mà Nhà nước cần quản lý: </w:t>
            </w:r>
            <w:r>
              <w:rPr>
                <w:sz w:val="21"/>
              </w:rPr>
              <w:t>Giám sát, ứng phó kịp thời sự cố an ninh dữ liệu và bảo đảm hệ thống chỉ khôi phục kết nối khi đã loại bỏ hoàn toàn rủi ro tái diễn — hai giai đoạn của cùng một chuỗi xử lý sự cố. Ghi chú: bản thân việc báo cáo sự cố không có văn bản "giải quyết" riêng cho hành vi báo cáo, là điều kiện tiên quyết để kích hoạt bước xác nhận khôi phục kết nối (có văn bản xác nhận, cấu thành thủ tục hành chính thực chất); việc gộp chung là hợp lý vì hai giai đoạn thuộc cùng một chuỗi xử lý sự cố.</w:t>
            </w:r>
          </w:p>
        </w:tc>
      </w:tr>
      <w:tr w:rsidR="001379D1" w14:paraId="735B2ABC" w14:textId="77777777">
        <w:tc>
          <w:tcPr>
            <w:tcW w:w="10540" w:type="dxa"/>
          </w:tcPr>
          <w:p w14:paraId="20D0550A" w14:textId="77777777" w:rsidR="001379D1" w:rsidRDefault="00000000">
            <w:r>
              <w:rPr>
                <w:b/>
                <w:sz w:val="21"/>
              </w:rPr>
              <w:t xml:space="preserve">2. Nội dung quyền, nghĩa vụ và lợi ích hợp pháp cụ thể của các đối tượng chịu tác động: </w:t>
            </w:r>
            <w:r>
              <w:rPr>
                <w:sz w:val="21"/>
              </w:rPr>
              <w:t>Chủ quản dữ liệu có nghĩa vụ báo cáo sự cố đúng thời hạn và được quyền khôi phục kết nối sau khi có xác nhận đủ điều kiện an toàn.</w:t>
            </w:r>
          </w:p>
        </w:tc>
      </w:tr>
      <w:tr w:rsidR="001379D1" w14:paraId="4A24EDD7" w14:textId="77777777">
        <w:tc>
          <w:tcPr>
            <w:tcW w:w="10540" w:type="dxa"/>
          </w:tcPr>
          <w:p w14:paraId="0B8360CA" w14:textId="77777777" w:rsidR="001379D1" w:rsidRDefault="00000000">
            <w:r>
              <w:rPr>
                <w:b/>
                <w:sz w:val="21"/>
              </w:rPr>
              <w:t xml:space="preserve">3. Lý do lựa chọn biện pháp quy định thủ tục hành chính: </w:t>
            </w:r>
            <w:r>
              <w:rPr>
                <w:sz w:val="21"/>
              </w:rPr>
              <w:t>Gộp thành một quy trình liên tục (báo cáo → khắc phục → xác nhận khôi phục) thay vì hai thủ tục tách rời, do cùng phát sinh từ một sự kiện, cùng cơ quan giải quyết, tránh tổ chức phải mở hồ sơ hai lần cho cùng một sự cố.</w:t>
            </w:r>
          </w:p>
        </w:tc>
      </w:tr>
      <w:tr w:rsidR="001379D1" w14:paraId="76050EFE" w14:textId="77777777">
        <w:tc>
          <w:tcPr>
            <w:tcW w:w="10540" w:type="dxa"/>
          </w:tcPr>
          <w:p w14:paraId="05C51D63" w14:textId="77777777" w:rsidR="001379D1" w:rsidRDefault="00000000">
            <w:r>
              <w:rPr>
                <w:b/>
                <w:sz w:val="21"/>
              </w:rPr>
              <w:t xml:space="preserve">4. Có biện pháp nào khác có thể sử dụng mà không phải bằng quy định thủ tục hành chính không? </w:t>
            </w:r>
            <w:r>
              <w:rPr>
                <w:sz w:val="21"/>
              </w:rPr>
              <w:t>Có ☐   Không ☒ — thủ tục hành chính là biện pháp phù hợp nhất để kiểm soát rủi ro an ninh dữ liệu ở mức độ cần thiết.</w:t>
            </w:r>
          </w:p>
        </w:tc>
      </w:tr>
      <w:tr w:rsidR="001379D1" w14:paraId="65156DA0" w14:textId="77777777">
        <w:tc>
          <w:tcPr>
            <w:tcW w:w="10540" w:type="dxa"/>
          </w:tcPr>
          <w:p w14:paraId="3B1D10AC" w14:textId="77777777" w:rsidR="001379D1" w:rsidRDefault="00000000">
            <w:r>
              <w:rPr>
                <w:b/>
              </w:rPr>
              <w:t>II. ĐÁNH GIÁ TÍNH HỢP HIẾN, HỢP PHÁP CỦA THỦ TỤC HÀNH CHÍNH</w:t>
            </w:r>
          </w:p>
        </w:tc>
      </w:tr>
      <w:tr w:rsidR="001379D1" w14:paraId="729D20FA" w14:textId="77777777">
        <w:tc>
          <w:tcPr>
            <w:tcW w:w="10540" w:type="dxa"/>
          </w:tcPr>
          <w:p w14:paraId="021B767C" w14:textId="77777777" w:rsidR="001379D1" w:rsidRDefault="00000000">
            <w:r>
              <w:rPr>
                <w:b/>
                <w:sz w:val="21"/>
              </w:rPr>
              <w:t xml:space="preserve">1. Có phù hợp với Hiến pháp không? </w:t>
            </w:r>
            <w:r>
              <w:rPr>
                <w:sz w:val="21"/>
              </w:rPr>
              <w:t>Có ☒   Không ☐</w:t>
            </w:r>
          </w:p>
        </w:tc>
      </w:tr>
      <w:tr w:rsidR="001379D1" w14:paraId="54483541" w14:textId="77777777">
        <w:tc>
          <w:tcPr>
            <w:tcW w:w="10540" w:type="dxa"/>
          </w:tcPr>
          <w:p w14:paraId="1106FDED" w14:textId="77777777" w:rsidR="001379D1" w:rsidRDefault="00000000">
            <w:r>
              <w:rPr>
                <w:b/>
                <w:sz w:val="21"/>
              </w:rPr>
              <w:t xml:space="preserve">2. Có mâu thuẫn, chồng chéo hoặc không phù hợp, thống nhất với văn bản khác không? </w:t>
            </w:r>
            <w:r>
              <w:rPr>
                <w:sz w:val="21"/>
              </w:rPr>
              <w:t>Không ☒ — đã được rà soát, đối chiếu với Luật An ninh mạng, Luật Dữ liệu, Luật Bảo vệ dữ liệu cá nhân có liên quan (xem thêm Bảng so sánh theo từng điều đã lập).</w:t>
            </w:r>
          </w:p>
        </w:tc>
      </w:tr>
      <w:tr w:rsidR="001379D1" w14:paraId="5319D11D" w14:textId="77777777">
        <w:tc>
          <w:tcPr>
            <w:tcW w:w="10540" w:type="dxa"/>
          </w:tcPr>
          <w:p w14:paraId="712FD561" w14:textId="77777777" w:rsidR="001379D1" w:rsidRDefault="00000000">
            <w:r>
              <w:rPr>
                <w:b/>
              </w:rPr>
              <w:t>III. ĐÁNH GIÁ TÍNH HỢP LÝ CỦA TỪNG BỘ PHẬN TẠO THÀNH THỦ TỤC HÀNH CHÍNH</w:t>
            </w:r>
          </w:p>
        </w:tc>
      </w:tr>
      <w:tr w:rsidR="001379D1" w14:paraId="3D9D1D6C" w14:textId="77777777">
        <w:tc>
          <w:tcPr>
            <w:tcW w:w="10540" w:type="dxa"/>
          </w:tcPr>
          <w:p w14:paraId="20782E83" w14:textId="77777777" w:rsidR="001379D1" w:rsidRDefault="00000000">
            <w:r>
              <w:rPr>
                <w:b/>
                <w:sz w:val="21"/>
              </w:rPr>
              <w:t xml:space="preserve">1. Tên thủ tục hành chính — có được quy định rõ ràng, cụ thể, phù hợp không? </w:t>
            </w:r>
            <w:r>
              <w:rPr>
                <w:sz w:val="21"/>
              </w:rPr>
              <w:t>Có ☒   Không ☐ — Căn cứ: Điều 38, Điều 41 dự thảo Luật An ninh dữ liệu.</w:t>
            </w:r>
          </w:p>
        </w:tc>
      </w:tr>
      <w:tr w:rsidR="001379D1" w14:paraId="4760216F" w14:textId="77777777">
        <w:tc>
          <w:tcPr>
            <w:tcW w:w="10540" w:type="dxa"/>
          </w:tcPr>
          <w:p w14:paraId="4F7E9D2A" w14:textId="77777777" w:rsidR="001379D1" w:rsidRDefault="00000000">
            <w:r>
              <w:rPr>
                <w:b/>
                <w:sz w:val="21"/>
              </w:rPr>
              <w:t xml:space="preserve">2. Trình tự thực hiện: </w:t>
            </w:r>
            <w:r>
              <w:rPr>
                <w:sz w:val="21"/>
              </w:rPr>
              <w:t>Phát hiện sự cố – Báo cáo ban đầu (02 giờ/24 giờ) – Báo cáo đầy đủ (72 giờ) – Khắc phục sự cố – Lập báo cáo kỹ thuật khắc phục – Đề nghị xác nhận đủ điều kiện an toàn – Khôi phục kết nối – Báo cáo tổng kết (30 ngày).</w:t>
            </w:r>
          </w:p>
        </w:tc>
      </w:tr>
      <w:tr w:rsidR="001379D1" w14:paraId="778C4BFA" w14:textId="77777777">
        <w:tc>
          <w:tcPr>
            <w:tcW w:w="10540" w:type="dxa"/>
          </w:tcPr>
          <w:p w14:paraId="4DEF7C9C" w14:textId="77777777" w:rsidR="001379D1" w:rsidRDefault="00000000">
            <w:r>
              <w:rPr>
                <w:b/>
                <w:sz w:val="21"/>
              </w:rPr>
              <w:t xml:space="preserve">3. Cách thức thực hiện: </w:t>
            </w:r>
            <w:r>
              <w:rPr>
                <w:sz w:val="21"/>
              </w:rPr>
              <w:t>Điện tử ☒ (kênh báo cáo trực tuyến 24/7, dùng chung cho cả báo cáo sự cố và đề nghị xác nhận khôi phục)</w:t>
            </w:r>
          </w:p>
        </w:tc>
      </w:tr>
      <w:tr w:rsidR="001379D1" w14:paraId="5FD7D2D2" w14:textId="77777777">
        <w:tc>
          <w:tcPr>
            <w:tcW w:w="10540" w:type="dxa"/>
          </w:tcPr>
          <w:p w14:paraId="5C4BB7D2" w14:textId="77777777" w:rsidR="001379D1" w:rsidRDefault="00000000">
            <w:r>
              <w:rPr>
                <w:b/>
                <w:sz w:val="21"/>
              </w:rPr>
              <w:t xml:space="preserve">4. Thành phần, số lượng hồ sơ: </w:t>
            </w:r>
            <w:r>
              <w:rPr>
                <w:sz w:val="21"/>
              </w:rPr>
              <w:t>01 hồ sơ duy nhất, cập nhật qua từng giai đoạn: (1) thông tin sự cố, thời điểm phát hiện, phạm vi ảnh hưởng; (2) biện pháp khắc phục, kết quả kiểm tra loại bỏ mã độc/lỗ hổng; (3) đề nghị thời điểm khôi phục kết nối.</w:t>
            </w:r>
          </w:p>
        </w:tc>
      </w:tr>
      <w:tr w:rsidR="001379D1" w14:paraId="563C6879" w14:textId="77777777">
        <w:tc>
          <w:tcPr>
            <w:tcW w:w="10540" w:type="dxa"/>
          </w:tcPr>
          <w:p w14:paraId="75BFB2D4" w14:textId="77777777" w:rsidR="001379D1" w:rsidRDefault="00000000">
            <w:r>
              <w:rPr>
                <w:b/>
                <w:sz w:val="21"/>
              </w:rPr>
              <w:t xml:space="preserve">5. Thời hạn giải quyết: </w:t>
            </w:r>
            <w:r>
              <w:rPr>
                <w:sz w:val="21"/>
              </w:rPr>
              <w:t>02 giờ/24 giờ (báo cáo ban đầu tùy cấp độ dữ liệu); 72 giờ (báo cáo đầy đủ); 24 giờ kể từ khi nhận đủ báo cáo kỹ thuật khắc phục (xác nhận đủ điều kiện an toàn khôi phục); 30 ngày (báo cáo tổng kết).</w:t>
            </w:r>
          </w:p>
        </w:tc>
      </w:tr>
      <w:tr w:rsidR="001379D1" w14:paraId="776DDD8D" w14:textId="77777777">
        <w:tc>
          <w:tcPr>
            <w:tcW w:w="10540" w:type="dxa"/>
          </w:tcPr>
          <w:p w14:paraId="6680D4BA" w14:textId="77777777" w:rsidR="001379D1" w:rsidRDefault="00000000">
            <w:r>
              <w:rPr>
                <w:b/>
                <w:sz w:val="21"/>
              </w:rPr>
              <w:t xml:space="preserve">6. Đối tượng thực hiện: </w:t>
            </w:r>
            <w:r>
              <w:rPr>
                <w:sz w:val="21"/>
              </w:rPr>
              <w:t>- Tổ chức/cá nhân: Trong nước ☒  Nước ngoài ☒</w:t>
            </w:r>
            <w:r>
              <w:rPr>
                <w:sz w:val="21"/>
              </w:rPr>
              <w:br/>
              <w:t>- Phạm vi áp dụng: Toàn quốc ☒</w:t>
            </w:r>
          </w:p>
        </w:tc>
      </w:tr>
      <w:tr w:rsidR="001379D1" w14:paraId="4A2B3C7C" w14:textId="77777777">
        <w:tc>
          <w:tcPr>
            <w:tcW w:w="10540" w:type="dxa"/>
          </w:tcPr>
          <w:p w14:paraId="4CD95F56" w14:textId="77777777" w:rsidR="001379D1" w:rsidRDefault="00000000">
            <w:r>
              <w:rPr>
                <w:b/>
                <w:sz w:val="21"/>
              </w:rPr>
              <w:t xml:space="preserve">7. Cơ quan giải quyết: </w:t>
            </w:r>
            <w:r>
              <w:rPr>
                <w:sz w:val="21"/>
              </w:rPr>
              <w:t>Bộ Công an (hoặc Bộ Quốc phòng đối với dữ liệu quân sự).</w:t>
            </w:r>
            <w:r>
              <w:rPr>
                <w:sz w:val="21"/>
              </w:rPr>
              <w:br/>
              <w:t>Có thể mở rộng ủy quyền, phân cấp không? Không ☒</w:t>
            </w:r>
          </w:p>
        </w:tc>
      </w:tr>
      <w:tr w:rsidR="001379D1" w14:paraId="0B90839D" w14:textId="77777777">
        <w:tc>
          <w:tcPr>
            <w:tcW w:w="10540" w:type="dxa"/>
          </w:tcPr>
          <w:p w14:paraId="77BC3D81" w14:textId="77777777" w:rsidR="001379D1" w:rsidRDefault="00000000">
            <w:r>
              <w:rPr>
                <w:b/>
                <w:sz w:val="21"/>
              </w:rPr>
              <w:t xml:space="preserve">8. Phí, lệ phí và chi phí khác (nếu có): </w:t>
            </w:r>
            <w:r>
              <w:rPr>
                <w:sz w:val="21"/>
              </w:rPr>
              <w:t>Không ☒</w:t>
            </w:r>
          </w:p>
        </w:tc>
      </w:tr>
      <w:tr w:rsidR="001379D1" w14:paraId="5B669100" w14:textId="77777777">
        <w:tc>
          <w:tcPr>
            <w:tcW w:w="10540" w:type="dxa"/>
          </w:tcPr>
          <w:p w14:paraId="4215DA5A" w14:textId="77777777" w:rsidR="001379D1" w:rsidRDefault="00000000">
            <w:r>
              <w:rPr>
                <w:b/>
                <w:sz w:val="21"/>
              </w:rPr>
              <w:t xml:space="preserve">9. Mẫu đơn, tờ khai: </w:t>
            </w:r>
            <w:r>
              <w:rPr>
                <w:sz w:val="21"/>
              </w:rPr>
              <w:t>Có ☒ — Mẫu số 07 (báo cáo sự cố) và Mẫu số 08 (đề nghị xác nhận khôi phục), sử dụng liên thông trong cùng một hồ sơ điện tử.</w:t>
            </w:r>
          </w:p>
        </w:tc>
      </w:tr>
      <w:tr w:rsidR="001379D1" w14:paraId="046EA317" w14:textId="77777777">
        <w:tc>
          <w:tcPr>
            <w:tcW w:w="10540" w:type="dxa"/>
          </w:tcPr>
          <w:p w14:paraId="08D592D5" w14:textId="77777777" w:rsidR="001379D1" w:rsidRDefault="00000000">
            <w:r>
              <w:rPr>
                <w:b/>
                <w:sz w:val="21"/>
              </w:rPr>
              <w:t xml:space="preserve">10. Yêu cầu, điều kiện: </w:t>
            </w:r>
            <w:r>
              <w:rPr>
                <w:sz w:val="21"/>
              </w:rPr>
              <w:t>Không có yêu cầu, điều kiện tiên quyết; là nghĩa vụ bắt buộc khi xảy ra sự cố.</w:t>
            </w:r>
          </w:p>
        </w:tc>
      </w:tr>
      <w:tr w:rsidR="001379D1" w14:paraId="1A97F63F" w14:textId="77777777">
        <w:tc>
          <w:tcPr>
            <w:tcW w:w="10540" w:type="dxa"/>
          </w:tcPr>
          <w:p w14:paraId="23735531" w14:textId="77777777" w:rsidR="001379D1" w:rsidRDefault="00000000">
            <w:r>
              <w:rPr>
                <w:b/>
                <w:sz w:val="21"/>
              </w:rPr>
              <w:t xml:space="preserve">11. Kết quả thực hiện: </w:t>
            </w:r>
            <w:r>
              <w:rPr>
                <w:sz w:val="21"/>
              </w:rPr>
              <w:t>- Hình thức: Văn bản tiếp nhận báo cáo sự cố / Văn bản xác nhận đủ điều kiện an toàn khôi phục kết nối</w:t>
            </w:r>
            <w:r>
              <w:rPr>
                <w:sz w:val="21"/>
              </w:rPr>
              <w:br/>
              <w:t>- Được mẫu hóa: Có ☒</w:t>
            </w:r>
            <w:r>
              <w:rPr>
                <w:sz w:val="21"/>
              </w:rPr>
              <w:br/>
              <w:t>- Thời hạn hiệu lực: Không ☒</w:t>
            </w:r>
            <w:r>
              <w:rPr>
                <w:sz w:val="21"/>
              </w:rPr>
              <w:br/>
              <w:t>- Phạm vi hiệu lực: Toàn quốc ☒</w:t>
            </w:r>
          </w:p>
        </w:tc>
      </w:tr>
      <w:tr w:rsidR="001379D1" w14:paraId="571B7F14" w14:textId="77777777">
        <w:tc>
          <w:tcPr>
            <w:tcW w:w="10540" w:type="dxa"/>
          </w:tcPr>
          <w:p w14:paraId="52CE8043" w14:textId="77777777" w:rsidR="001379D1" w:rsidRDefault="00000000">
            <w:r>
              <w:rPr>
                <w:b/>
              </w:rPr>
              <w:t>IV. THÔNG TIN LIÊN HỆ</w:t>
            </w:r>
          </w:p>
        </w:tc>
      </w:tr>
      <w:tr w:rsidR="001379D1" w14:paraId="3C5CA9BD" w14:textId="77777777">
        <w:tc>
          <w:tcPr>
            <w:tcW w:w="10540" w:type="dxa"/>
          </w:tcPr>
          <w:p w14:paraId="54E6FBF4" w14:textId="77777777" w:rsidR="001379D1" w:rsidRDefault="00000000">
            <w:r>
              <w:rPr>
                <w:b/>
                <w:sz w:val="21"/>
              </w:rPr>
              <w:t xml:space="preserve">Họ và tên người điền: </w:t>
            </w:r>
            <w:r>
              <w:rPr>
                <w:sz w:val="21"/>
              </w:rPr>
              <w:t>……………………………………………………………………</w:t>
            </w:r>
          </w:p>
        </w:tc>
      </w:tr>
      <w:tr w:rsidR="001379D1" w14:paraId="7B4D9FB8" w14:textId="77777777">
        <w:tc>
          <w:tcPr>
            <w:tcW w:w="10540" w:type="dxa"/>
          </w:tcPr>
          <w:p w14:paraId="49E8994B" w14:textId="77777777" w:rsidR="001379D1" w:rsidRDefault="00000000">
            <w:r>
              <w:rPr>
                <w:b/>
                <w:sz w:val="21"/>
              </w:rPr>
              <w:t xml:space="preserve">Đơn vị: </w:t>
            </w:r>
            <w:r>
              <w:rPr>
                <w:sz w:val="21"/>
              </w:rPr>
              <w:t>Bộ Công an</w:t>
            </w:r>
          </w:p>
        </w:tc>
      </w:tr>
    </w:tbl>
    <w:p w14:paraId="6BF54F00" w14:textId="77777777" w:rsidR="00AA437D" w:rsidRDefault="00AA437D"/>
    <w:sectPr w:rsidR="00AA437D" w:rsidSect="00034616">
      <w:pgSz w:w="12240" w:h="15840"/>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2455288">
    <w:abstractNumId w:val="8"/>
  </w:num>
  <w:num w:numId="2" w16cid:durableId="2054890392">
    <w:abstractNumId w:val="6"/>
  </w:num>
  <w:num w:numId="3" w16cid:durableId="296498401">
    <w:abstractNumId w:val="5"/>
  </w:num>
  <w:num w:numId="4" w16cid:durableId="1088305025">
    <w:abstractNumId w:val="4"/>
  </w:num>
  <w:num w:numId="5" w16cid:durableId="1015115840">
    <w:abstractNumId w:val="7"/>
  </w:num>
  <w:num w:numId="6" w16cid:durableId="1446996238">
    <w:abstractNumId w:val="3"/>
  </w:num>
  <w:num w:numId="7" w16cid:durableId="332490308">
    <w:abstractNumId w:val="2"/>
  </w:num>
  <w:num w:numId="8" w16cid:durableId="1338268127">
    <w:abstractNumId w:val="1"/>
  </w:num>
  <w:num w:numId="9" w16cid:durableId="1738824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79D1"/>
    <w:rsid w:val="0015074B"/>
    <w:rsid w:val="0029639D"/>
    <w:rsid w:val="00326F90"/>
    <w:rsid w:val="00693F75"/>
    <w:rsid w:val="00772D52"/>
    <w:rsid w:val="009229F6"/>
    <w:rsid w:val="00AA1D8D"/>
    <w:rsid w:val="00AA437D"/>
    <w:rsid w:val="00B47730"/>
    <w:rsid w:val="00CB0664"/>
    <w:rsid w:val="00EB2D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4207E7"/>
  <w14:defaultImageDpi w14:val="300"/>
  <w15:docId w15:val="{43F1AE61-8522-4C52-BC90-41646329E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2812</Words>
  <Characters>16032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3</cp:revision>
  <dcterms:created xsi:type="dcterms:W3CDTF">2026-07-21T07:28:00Z</dcterms:created>
  <dcterms:modified xsi:type="dcterms:W3CDTF">2026-07-21T08:50:00Z</dcterms:modified>
  <cp:category/>
</cp:coreProperties>
</file>